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Look w:val="04A0" w:firstRow="1" w:lastRow="0" w:firstColumn="1" w:lastColumn="0" w:noHBand="0" w:noVBand="1"/>
      </w:tblPr>
      <w:tblGrid>
        <w:gridCol w:w="3936"/>
        <w:gridCol w:w="5784"/>
      </w:tblGrid>
      <w:tr w:rsidR="00787A81" w14:paraId="7A5CF78D" w14:textId="77777777" w:rsidTr="00E16F9C">
        <w:trPr>
          <w:trHeight w:val="1408"/>
        </w:trPr>
        <w:tc>
          <w:tcPr>
            <w:tcW w:w="3936" w:type="dxa"/>
          </w:tcPr>
          <w:p w14:paraId="7127E747" w14:textId="3EA32C91" w:rsidR="00E16F9C" w:rsidRPr="00E16F9C" w:rsidRDefault="00E16F9C">
            <w:pPr>
              <w:jc w:val="center"/>
              <w:rPr>
                <w:b/>
                <w:sz w:val="2"/>
                <w:szCs w:val="2"/>
              </w:rPr>
            </w:pPr>
            <w:r>
              <w:rPr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F180EF" wp14:editId="23AD84A2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415290</wp:posOffset>
                      </wp:positionV>
                      <wp:extent cx="861060" cy="0"/>
                      <wp:effectExtent l="0" t="0" r="0" b="0"/>
                      <wp:wrapNone/>
                      <wp:docPr id="167998021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106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28E646F" id="Straight Connector 1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95pt,32.7pt" to="129.7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" strokecolor="black [3040]"/>
                  </w:pict>
                </mc:Fallback>
              </mc:AlternateContent>
            </w:r>
            <w:r w:rsidRPr="00E16F9C">
              <w:rPr>
                <w:bCs/>
              </w:rPr>
              <w:t>UBND PHƯỜNG TÂY HOA LƯ</w:t>
            </w:r>
            <w:r>
              <w:rPr>
                <w:b/>
              </w:rPr>
              <w:br/>
              <w:t>TRƯỜNG THCS TRÀNG AN</w:t>
            </w:r>
            <w:r>
              <w:rPr>
                <w:b/>
              </w:rPr>
              <w:br/>
            </w:r>
          </w:p>
          <w:p w14:paraId="611B6FD6" w14:textId="769BD397" w:rsidR="00787A81" w:rsidRPr="000649B1" w:rsidRDefault="003B1EA0" w:rsidP="003B1EA0">
            <w:pPr>
              <w:jc w:val="center"/>
              <w:rPr>
                <w:bCs/>
              </w:rPr>
            </w:pPr>
            <w:r w:rsidRPr="000649B1">
              <w:rPr>
                <w:bCs/>
              </w:rPr>
              <w:t>S</w:t>
            </w:r>
            <w:r w:rsidRPr="000649B1">
              <w:rPr>
                <w:bCs/>
              </w:rPr>
              <w:t>ố</w:t>
            </w:r>
            <w:r w:rsidRPr="000649B1">
              <w:rPr>
                <w:bCs/>
              </w:rPr>
              <w:t xml:space="preserve">: </w:t>
            </w:r>
            <w:r>
              <w:rPr>
                <w:bCs/>
              </w:rPr>
              <w:t>91</w:t>
            </w:r>
            <w:r w:rsidRPr="000649B1">
              <w:rPr>
                <w:bCs/>
              </w:rPr>
              <w:t>/KH-THCSTA</w:t>
            </w:r>
          </w:p>
        </w:tc>
        <w:tc>
          <w:tcPr>
            <w:tcW w:w="5784" w:type="dxa"/>
          </w:tcPr>
          <w:p w14:paraId="749E5CD9" w14:textId="26968AD3" w:rsidR="00787A81" w:rsidRDefault="00E16F9C">
            <w:pPr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9AA3F3" wp14:editId="4FA29A1C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400050</wp:posOffset>
                      </wp:positionV>
                      <wp:extent cx="2011680" cy="15240"/>
                      <wp:effectExtent l="0" t="0" r="26670" b="22860"/>
                      <wp:wrapNone/>
                      <wp:docPr id="1850623571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11680" cy="1524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E9375B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31.5pt" to="217.9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" strokecolor="black [3040]"/>
                  </w:pict>
                </mc:Fallback>
              </mc:AlternateContent>
            </w:r>
            <w:r>
              <w:rPr>
                <w:b/>
              </w:rPr>
              <w:t>CỘNG HÒA XÃ HỘI CHỦ NGHĨA VIỆT NAM</w:t>
            </w:r>
            <w:r>
              <w:rPr>
                <w:b/>
              </w:rPr>
              <w:br/>
              <w:t>Độc lập - Tự do - Hạnh phúc</w:t>
            </w:r>
            <w:r>
              <w:rPr>
                <w:i/>
              </w:rPr>
              <w:br/>
            </w:r>
            <w:r>
              <w:rPr>
                <w:i/>
              </w:rPr>
              <w:br/>
              <w:t xml:space="preserve">                Tây Hoa Lư, ngày 29 tháng 8 năm 2026</w:t>
            </w:r>
          </w:p>
        </w:tc>
      </w:tr>
    </w:tbl>
    <w:p w14:paraId="1917EEDA" w14:textId="77777777" w:rsidR="000649B1" w:rsidRPr="005F7C60" w:rsidRDefault="000649B1" w:rsidP="000649B1">
      <w:pPr>
        <w:spacing w:after="0"/>
        <w:jc w:val="both"/>
        <w:rPr>
          <w:b/>
          <w:sz w:val="8"/>
          <w:szCs w:val="2"/>
        </w:rPr>
      </w:pPr>
    </w:p>
    <w:p w14:paraId="5B91CCD7" w14:textId="5AB2D165" w:rsidR="00787A81" w:rsidRDefault="003B1EA0" w:rsidP="000649B1">
      <w:pPr>
        <w:spacing w:after="0"/>
        <w:jc w:val="center"/>
      </w:pPr>
      <w:r>
        <w:rPr>
          <w:b/>
          <w:sz w:val="28"/>
        </w:rPr>
        <w:t>K</w:t>
      </w:r>
      <w:r>
        <w:rPr>
          <w:b/>
          <w:sz w:val="28"/>
        </w:rPr>
        <w:t>Ế</w:t>
      </w:r>
      <w:r>
        <w:rPr>
          <w:b/>
          <w:sz w:val="28"/>
        </w:rPr>
        <w:t xml:space="preserve"> HO</w:t>
      </w:r>
      <w:r>
        <w:rPr>
          <w:b/>
          <w:sz w:val="28"/>
        </w:rPr>
        <w:t>Ạ</w:t>
      </w:r>
      <w:r>
        <w:rPr>
          <w:b/>
          <w:sz w:val="28"/>
        </w:rPr>
        <w:t>CH</w:t>
      </w:r>
      <w:r>
        <w:rPr>
          <w:b/>
          <w:sz w:val="28"/>
        </w:rPr>
        <w:br/>
        <w:t>T</w:t>
      </w:r>
      <w:r>
        <w:rPr>
          <w:b/>
          <w:sz w:val="28"/>
        </w:rPr>
        <w:t>Ổ</w:t>
      </w:r>
      <w:r>
        <w:rPr>
          <w:b/>
          <w:sz w:val="28"/>
        </w:rPr>
        <w:t xml:space="preserve"> CH</w:t>
      </w:r>
      <w:r>
        <w:rPr>
          <w:b/>
          <w:sz w:val="28"/>
        </w:rPr>
        <w:t>Ứ</w:t>
      </w:r>
      <w:r>
        <w:rPr>
          <w:b/>
          <w:sz w:val="28"/>
        </w:rPr>
        <w:t>C L</w:t>
      </w:r>
      <w:bookmarkStart w:id="0" w:name="_GoBack"/>
      <w:bookmarkEnd w:id="0"/>
      <w:r>
        <w:rPr>
          <w:b/>
          <w:sz w:val="28"/>
        </w:rPr>
        <w:t>Ễ</w:t>
      </w:r>
      <w:r>
        <w:rPr>
          <w:b/>
          <w:sz w:val="28"/>
        </w:rPr>
        <w:t xml:space="preserve"> KHAI GI</w:t>
      </w:r>
      <w:r>
        <w:rPr>
          <w:b/>
          <w:sz w:val="28"/>
        </w:rPr>
        <w:t>Ả</w:t>
      </w:r>
      <w:r>
        <w:rPr>
          <w:b/>
          <w:sz w:val="28"/>
        </w:rPr>
        <w:t>NG NĂM H</w:t>
      </w:r>
      <w:r>
        <w:rPr>
          <w:b/>
          <w:sz w:val="28"/>
        </w:rPr>
        <w:t>Ọ</w:t>
      </w:r>
      <w:r>
        <w:rPr>
          <w:b/>
          <w:sz w:val="28"/>
        </w:rPr>
        <w:t>C 2026 - 2027</w:t>
      </w:r>
    </w:p>
    <w:p w14:paraId="3C6B28BB" w14:textId="77777777" w:rsidR="00E16F9C" w:rsidRDefault="00E16F9C" w:rsidP="000649B1">
      <w:pPr>
        <w:spacing w:after="0"/>
        <w:ind w:firstLine="720"/>
        <w:jc w:val="both"/>
        <w:rPr>
          <w:i/>
        </w:rPr>
      </w:pPr>
      <w:r>
        <w:rPr>
          <w:i/>
        </w:rPr>
        <w:t xml:space="preserve">Thực hiện Công văn số 5838/BGDĐT-VP ngày 27/8/2026 của Bộ Giáo dục và Đào tạo;           </w:t>
      </w:r>
    </w:p>
    <w:p w14:paraId="2BCB7FFC" w14:textId="14FB7D18" w:rsidR="00E16F9C" w:rsidRDefault="003B1EA0" w:rsidP="000649B1">
      <w:pPr>
        <w:spacing w:after="0"/>
        <w:ind w:firstLine="720"/>
        <w:jc w:val="both"/>
        <w:rPr>
          <w:i/>
        </w:rPr>
      </w:pPr>
      <w:r>
        <w:rPr>
          <w:i/>
        </w:rPr>
        <w:t>Căn c</w:t>
      </w:r>
      <w:r>
        <w:rPr>
          <w:i/>
        </w:rPr>
        <w:t>ứ</w:t>
      </w:r>
      <w:r>
        <w:rPr>
          <w:i/>
        </w:rPr>
        <w:t xml:space="preserve"> Công văn s</w:t>
      </w:r>
      <w:r>
        <w:rPr>
          <w:i/>
        </w:rPr>
        <w:t>ố</w:t>
      </w:r>
      <w:r>
        <w:rPr>
          <w:i/>
        </w:rPr>
        <w:t xml:space="preserve"> 6271/UBND-VP6 ngày 29/8/2026 c</w:t>
      </w:r>
      <w:r>
        <w:rPr>
          <w:i/>
        </w:rPr>
        <w:t>ủ</w:t>
      </w:r>
      <w:r>
        <w:rPr>
          <w:i/>
        </w:rPr>
        <w:t xml:space="preserve">a </w:t>
      </w:r>
      <w:r>
        <w:rPr>
          <w:i/>
        </w:rPr>
        <w:t>Ủ</w:t>
      </w:r>
      <w:r>
        <w:rPr>
          <w:i/>
        </w:rPr>
        <w:t>y ban nhân dân t</w:t>
      </w:r>
      <w:r>
        <w:rPr>
          <w:i/>
        </w:rPr>
        <w:t>ỉ</w:t>
      </w:r>
      <w:r>
        <w:rPr>
          <w:i/>
        </w:rPr>
        <w:t>nh Ninh Bình;</w:t>
      </w:r>
      <w:r w:rsidR="00E16F9C">
        <w:rPr>
          <w:i/>
        </w:rPr>
        <w:t xml:space="preserve"> </w:t>
      </w:r>
    </w:p>
    <w:p w14:paraId="0EFAC8D4" w14:textId="6E558A7E" w:rsidR="003B1EA0" w:rsidRPr="003B1EA0" w:rsidRDefault="003B1EA0" w:rsidP="003B1EA0">
      <w:pPr>
        <w:spacing w:after="0"/>
        <w:ind w:firstLine="720"/>
        <w:jc w:val="both"/>
        <w:rPr>
          <w:b/>
          <w:i/>
        </w:rPr>
      </w:pPr>
      <w:r>
        <w:rPr>
          <w:i/>
        </w:rPr>
        <w:t xml:space="preserve">Căn cứ kế hoạch số 165/KH-UBND ngày 29/8/2026 của UBND phường Tây Hoa Lư về việc </w:t>
      </w:r>
      <w:r>
        <w:rPr>
          <w:rStyle w:val="fontstyle01"/>
          <w:b w:val="0"/>
          <w:i/>
        </w:rPr>
        <w:t>t</w:t>
      </w:r>
      <w:r w:rsidRPr="003B1EA0">
        <w:rPr>
          <w:rStyle w:val="fontstyle01"/>
          <w:b w:val="0"/>
          <w:i/>
        </w:rPr>
        <w:t>ổ chức Lễ khai giảng năm học 2026 - 2027 tại các cơ sở giáo dục trên địa bàn phường Tây Hoa Lư</w:t>
      </w:r>
      <w:r>
        <w:rPr>
          <w:rStyle w:val="fontstyle01"/>
          <w:b w:val="0"/>
          <w:i/>
        </w:rPr>
        <w:t>;</w:t>
      </w:r>
    </w:p>
    <w:p w14:paraId="036C2E40" w14:textId="0B964FCA" w:rsidR="00787A81" w:rsidRDefault="003B1EA0" w:rsidP="000649B1">
      <w:pPr>
        <w:spacing w:after="0"/>
        <w:ind w:firstLine="720"/>
        <w:jc w:val="both"/>
      </w:pPr>
      <w:r>
        <w:rPr>
          <w:i/>
        </w:rPr>
        <w:t>Căn c</w:t>
      </w:r>
      <w:r>
        <w:rPr>
          <w:i/>
        </w:rPr>
        <w:t>ứ</w:t>
      </w:r>
      <w:r>
        <w:rPr>
          <w:i/>
        </w:rPr>
        <w:t xml:space="preserve"> tình hình th</w:t>
      </w:r>
      <w:r>
        <w:rPr>
          <w:i/>
        </w:rPr>
        <w:t>ự</w:t>
      </w:r>
      <w:r>
        <w:rPr>
          <w:i/>
        </w:rPr>
        <w:t>c t</w:t>
      </w:r>
      <w:r>
        <w:rPr>
          <w:i/>
        </w:rPr>
        <w:t>ế</w:t>
      </w:r>
      <w:r>
        <w:rPr>
          <w:i/>
        </w:rPr>
        <w:t>, Trư</w:t>
      </w:r>
      <w:r>
        <w:rPr>
          <w:i/>
        </w:rPr>
        <w:t>ờ</w:t>
      </w:r>
      <w:r>
        <w:rPr>
          <w:i/>
        </w:rPr>
        <w:t>ng THCS Tràng An xây d</w:t>
      </w:r>
      <w:r>
        <w:rPr>
          <w:i/>
        </w:rPr>
        <w:t>ự</w:t>
      </w:r>
      <w:r>
        <w:rPr>
          <w:i/>
        </w:rPr>
        <w:t>ng K</w:t>
      </w:r>
      <w:r>
        <w:rPr>
          <w:i/>
        </w:rPr>
        <w:t>ế</w:t>
      </w:r>
      <w:r>
        <w:rPr>
          <w:i/>
        </w:rPr>
        <w:t xml:space="preserve"> ho</w:t>
      </w:r>
      <w:r>
        <w:rPr>
          <w:i/>
        </w:rPr>
        <w:t>ạ</w:t>
      </w:r>
      <w:r>
        <w:rPr>
          <w:i/>
        </w:rPr>
        <w:t>ch t</w:t>
      </w:r>
      <w:r>
        <w:rPr>
          <w:i/>
        </w:rPr>
        <w:t>ổ</w:t>
      </w:r>
      <w:r>
        <w:rPr>
          <w:i/>
        </w:rPr>
        <w:t xml:space="preserve"> ch</w:t>
      </w:r>
      <w:r>
        <w:rPr>
          <w:i/>
        </w:rPr>
        <w:t>ứ</w:t>
      </w:r>
      <w:r>
        <w:rPr>
          <w:i/>
        </w:rPr>
        <w:t>c L</w:t>
      </w:r>
      <w:r>
        <w:rPr>
          <w:i/>
        </w:rPr>
        <w:t>ễ</w:t>
      </w:r>
      <w:r>
        <w:rPr>
          <w:i/>
        </w:rPr>
        <w:t xml:space="preserve"> khai </w:t>
      </w:r>
      <w:r>
        <w:rPr>
          <w:i/>
        </w:rPr>
        <w:t>gi</w:t>
      </w:r>
      <w:r>
        <w:rPr>
          <w:i/>
        </w:rPr>
        <w:t>ả</w:t>
      </w:r>
      <w:r>
        <w:rPr>
          <w:i/>
        </w:rPr>
        <w:t>ng năm h</w:t>
      </w:r>
      <w:r>
        <w:rPr>
          <w:i/>
        </w:rPr>
        <w:t>ọ</w:t>
      </w:r>
      <w:r>
        <w:rPr>
          <w:i/>
        </w:rPr>
        <w:t xml:space="preserve">c 2026 - 2027 </w:t>
      </w:r>
      <w:r w:rsidR="00E16F9C">
        <w:rPr>
          <w:i/>
        </w:rPr>
        <w:t>cụ thể</w:t>
      </w:r>
      <w:r>
        <w:rPr>
          <w:i/>
        </w:rPr>
        <w:t xml:space="preserve"> như sau:</w:t>
      </w:r>
    </w:p>
    <w:p w14:paraId="6836EE11" w14:textId="77777777" w:rsidR="00787A81" w:rsidRDefault="003B1EA0" w:rsidP="000649B1">
      <w:pPr>
        <w:spacing w:after="0"/>
        <w:ind w:firstLine="720"/>
        <w:jc w:val="both"/>
      </w:pPr>
      <w:r>
        <w:rPr>
          <w:b/>
        </w:rPr>
        <w:t>I. M</w:t>
      </w:r>
      <w:r>
        <w:rPr>
          <w:b/>
        </w:rPr>
        <w:t>Ụ</w:t>
      </w:r>
      <w:r>
        <w:rPr>
          <w:b/>
        </w:rPr>
        <w:t>C ĐÍCH, YÊU C</w:t>
      </w:r>
      <w:r>
        <w:rPr>
          <w:b/>
        </w:rPr>
        <w:t>Ầ</w:t>
      </w:r>
      <w:r>
        <w:rPr>
          <w:b/>
        </w:rPr>
        <w:t>U</w:t>
      </w:r>
    </w:p>
    <w:p w14:paraId="1E57F172" w14:textId="083855B6" w:rsidR="00787A81" w:rsidRDefault="003B1EA0" w:rsidP="00FB55DE">
      <w:pPr>
        <w:spacing w:after="0"/>
        <w:ind w:firstLine="720"/>
        <w:jc w:val="both"/>
      </w:pPr>
      <w:r>
        <w:t>T</w:t>
      </w:r>
      <w:r>
        <w:t>ổ</w:t>
      </w:r>
      <w:r>
        <w:t xml:space="preserve"> ch</w:t>
      </w:r>
      <w:r>
        <w:t>ứ</w:t>
      </w:r>
      <w:r>
        <w:t>c L</w:t>
      </w:r>
      <w:r>
        <w:t>ễ</w:t>
      </w:r>
      <w:r>
        <w:t xml:space="preserve"> khai gi</w:t>
      </w:r>
      <w:r>
        <w:t>ả</w:t>
      </w:r>
      <w:r>
        <w:t>ng b</w:t>
      </w:r>
      <w:r>
        <w:t>ả</w:t>
      </w:r>
      <w:r>
        <w:t>o đ</w:t>
      </w:r>
      <w:r>
        <w:t>ả</w:t>
      </w:r>
      <w:r>
        <w:t>m trang tr</w:t>
      </w:r>
      <w:r>
        <w:t>ọ</w:t>
      </w:r>
      <w:r>
        <w:t>ng, thi</w:t>
      </w:r>
      <w:r>
        <w:t>ế</w:t>
      </w:r>
      <w:r>
        <w:t>t th</w:t>
      </w:r>
      <w:r>
        <w:t>ự</w:t>
      </w:r>
      <w:r>
        <w:t>c, an toàn, ti</w:t>
      </w:r>
      <w:r>
        <w:t>ế</w:t>
      </w:r>
      <w:r>
        <w:t>t ki</w:t>
      </w:r>
      <w:r>
        <w:t>ệ</w:t>
      </w:r>
      <w:r>
        <w:t>m, phù h</w:t>
      </w:r>
      <w:r>
        <w:t>ợ</w:t>
      </w:r>
      <w:r>
        <w:t>p v</w:t>
      </w:r>
      <w:r>
        <w:t>ớ</w:t>
      </w:r>
      <w:r>
        <w:t>i quy mô và đi</w:t>
      </w:r>
      <w:r>
        <w:t>ề</w:t>
      </w:r>
      <w:r>
        <w:t>u ki</w:t>
      </w:r>
      <w:r>
        <w:t>ệ</w:t>
      </w:r>
      <w:r>
        <w:t>n th</w:t>
      </w:r>
      <w:r>
        <w:t>ự</w:t>
      </w:r>
      <w:r>
        <w:t>c t</w:t>
      </w:r>
      <w:r>
        <w:t>ế</w:t>
      </w:r>
      <w:r>
        <w:t xml:space="preserve"> c</w:t>
      </w:r>
      <w:r>
        <w:t>ủ</w:t>
      </w:r>
      <w:r>
        <w:t xml:space="preserve">a </w:t>
      </w:r>
      <w:r w:rsidR="005F7C60">
        <w:t>phường Tây Hoa Lư</w:t>
      </w:r>
      <w:r>
        <w:t xml:space="preserve">, </w:t>
      </w:r>
      <w:r w:rsidR="00E16F9C">
        <w:t xml:space="preserve">của </w:t>
      </w:r>
      <w:r>
        <w:t>nhà trư</w:t>
      </w:r>
      <w:r>
        <w:t>ờ</w:t>
      </w:r>
      <w:r>
        <w:t>ng.</w:t>
      </w:r>
    </w:p>
    <w:p w14:paraId="2ED67224" w14:textId="32AE981D" w:rsidR="00787A81" w:rsidRDefault="003B1EA0" w:rsidP="00FB55DE">
      <w:pPr>
        <w:spacing w:after="0"/>
        <w:ind w:firstLine="720"/>
        <w:jc w:val="both"/>
      </w:pPr>
      <w:r>
        <w:t>Không t</w:t>
      </w:r>
      <w:r>
        <w:t>ổ</w:t>
      </w:r>
      <w:r>
        <w:t xml:space="preserve"> ch</w:t>
      </w:r>
      <w:r>
        <w:t>ứ</w:t>
      </w:r>
      <w:r>
        <w:t>c các ho</w:t>
      </w:r>
      <w:r>
        <w:t>ạ</w:t>
      </w:r>
      <w:r>
        <w:t>t đ</w:t>
      </w:r>
      <w:r>
        <w:t>ộ</w:t>
      </w:r>
      <w:r>
        <w:t>ng mang tính h</w:t>
      </w:r>
      <w:r>
        <w:t>ình th</w:t>
      </w:r>
      <w:r>
        <w:t>ứ</w:t>
      </w:r>
      <w:r>
        <w:t>c, gây t</w:t>
      </w:r>
      <w:r>
        <w:t>ố</w:t>
      </w:r>
      <w:r>
        <w:t>n kém ho</w:t>
      </w:r>
      <w:r>
        <w:t>ặ</w:t>
      </w:r>
      <w:r>
        <w:t xml:space="preserve">c </w:t>
      </w:r>
      <w:r>
        <w:t>ả</w:t>
      </w:r>
      <w:r>
        <w:t>nh hư</w:t>
      </w:r>
      <w:r>
        <w:t>ở</w:t>
      </w:r>
      <w:r>
        <w:t>ng đ</w:t>
      </w:r>
      <w:r>
        <w:t>ế</w:t>
      </w:r>
      <w:r>
        <w:t>n vi</w:t>
      </w:r>
      <w:r>
        <w:t>ệ</w:t>
      </w:r>
      <w:r>
        <w:t>c h</w:t>
      </w:r>
      <w:r>
        <w:t>ọ</w:t>
      </w:r>
      <w:r>
        <w:t>c t</w:t>
      </w:r>
      <w:r>
        <w:t>ậ</w:t>
      </w:r>
      <w:r>
        <w:t>p, sinh ho</w:t>
      </w:r>
      <w:r>
        <w:t>ạ</w:t>
      </w:r>
      <w:r>
        <w:t>t c</w:t>
      </w:r>
      <w:r>
        <w:t>ủ</w:t>
      </w:r>
      <w:r>
        <w:t>a h</w:t>
      </w:r>
      <w:r>
        <w:t>ọ</w:t>
      </w:r>
      <w:r>
        <w:t xml:space="preserve">c sinh. </w:t>
      </w:r>
      <w:r w:rsidR="005F7C60">
        <w:t>Nhà trường k</w:t>
      </w:r>
      <w:r>
        <w:t>hông v</w:t>
      </w:r>
      <w:r>
        <w:t>ậ</w:t>
      </w:r>
      <w:r>
        <w:t>n đ</w:t>
      </w:r>
      <w:r>
        <w:t>ộ</w:t>
      </w:r>
      <w:r>
        <w:t>ng, thu các kho</w:t>
      </w:r>
      <w:r>
        <w:t>ả</w:t>
      </w:r>
      <w:r>
        <w:t>n đóng góp trái quy đ</w:t>
      </w:r>
      <w:r>
        <w:t>ị</w:t>
      </w:r>
      <w:r>
        <w:t>nh đ</w:t>
      </w:r>
      <w:r>
        <w:t>ể</w:t>
      </w:r>
      <w:r>
        <w:t xml:space="preserve"> ph</w:t>
      </w:r>
      <w:r>
        <w:t>ụ</w:t>
      </w:r>
      <w:r>
        <w:t>c v</w:t>
      </w:r>
      <w:r>
        <w:t>ụ</w:t>
      </w:r>
      <w:r>
        <w:t xml:space="preserve"> L</w:t>
      </w:r>
      <w:r>
        <w:t>ễ</w:t>
      </w:r>
      <w:r>
        <w:t xml:space="preserve"> khai gi</w:t>
      </w:r>
      <w:r>
        <w:t>ả</w:t>
      </w:r>
      <w:r>
        <w:t>ng.</w:t>
      </w:r>
    </w:p>
    <w:p w14:paraId="73E58CBE" w14:textId="3DEF6664" w:rsidR="00787A81" w:rsidRDefault="003B1EA0" w:rsidP="00FB55DE">
      <w:pPr>
        <w:spacing w:after="0"/>
        <w:ind w:firstLine="720"/>
        <w:jc w:val="both"/>
      </w:pPr>
      <w:r>
        <w:t>Đ</w:t>
      </w:r>
      <w:r>
        <w:t>ả</w:t>
      </w:r>
      <w:r>
        <w:t>m b</w:t>
      </w:r>
      <w:r>
        <w:t>ả</w:t>
      </w:r>
      <w:r>
        <w:t>o 100% h</w:t>
      </w:r>
      <w:r>
        <w:t>ọ</w:t>
      </w:r>
      <w:r>
        <w:t>c sinh, cán b</w:t>
      </w:r>
      <w:r>
        <w:t>ộ</w:t>
      </w:r>
      <w:r>
        <w:t xml:space="preserve"> qu</w:t>
      </w:r>
      <w:r>
        <w:t>ả</w:t>
      </w:r>
      <w:r>
        <w:t>n lý, giáo viên, nhân viên t</w:t>
      </w:r>
      <w:r>
        <w:t>ạ</w:t>
      </w:r>
      <w:r>
        <w:t>i đi</w:t>
      </w:r>
      <w:r>
        <w:t>ể</w:t>
      </w:r>
      <w:r>
        <w:t>m trư</w:t>
      </w:r>
      <w:r>
        <w:t>ờ</w:t>
      </w:r>
      <w:r>
        <w:t xml:space="preserve">ng chính và 2 </w:t>
      </w:r>
      <w:r>
        <w:t>phân hi</w:t>
      </w:r>
      <w:r>
        <w:t>ệ</w:t>
      </w:r>
      <w:r>
        <w:t>u đư</w:t>
      </w:r>
      <w:r>
        <w:t>ợ</w:t>
      </w:r>
      <w:r>
        <w:t>c tham d</w:t>
      </w:r>
      <w:r>
        <w:t>ự</w:t>
      </w:r>
      <w:r>
        <w:t xml:space="preserve"> đ</w:t>
      </w:r>
      <w:r>
        <w:t>ầ</w:t>
      </w:r>
      <w:r>
        <w:t>y đ</w:t>
      </w:r>
      <w:r>
        <w:t>ủ</w:t>
      </w:r>
      <w:r>
        <w:t xml:space="preserve"> Chương trình chung toàn qu</w:t>
      </w:r>
      <w:r>
        <w:t>ố</w:t>
      </w:r>
      <w:r>
        <w:t>c.</w:t>
      </w:r>
    </w:p>
    <w:p w14:paraId="485541AB" w14:textId="0E3F028C" w:rsidR="00787A81" w:rsidRDefault="003B1EA0" w:rsidP="00FB55DE">
      <w:pPr>
        <w:spacing w:after="0"/>
        <w:ind w:firstLine="720"/>
        <w:jc w:val="both"/>
      </w:pPr>
      <w:r>
        <w:t>Đ</w:t>
      </w:r>
      <w:r>
        <w:t>ả</w:t>
      </w:r>
      <w:r>
        <w:t>m b</w:t>
      </w:r>
      <w:r>
        <w:t>ả</w:t>
      </w:r>
      <w:r>
        <w:t>o t</w:t>
      </w:r>
      <w:r>
        <w:t>ố</w:t>
      </w:r>
      <w:r>
        <w:t>t công tác an ninh tr</w:t>
      </w:r>
      <w:r>
        <w:t>ậ</w:t>
      </w:r>
      <w:r>
        <w:t>t t</w:t>
      </w:r>
      <w:r>
        <w:t>ự</w:t>
      </w:r>
      <w:r>
        <w:t>, an toàn giao thông, phòng cháy ch</w:t>
      </w:r>
      <w:r>
        <w:t>ữ</w:t>
      </w:r>
      <w:r>
        <w:t>a cháy, y t</w:t>
      </w:r>
      <w:r>
        <w:t>ế</w:t>
      </w:r>
      <w:r>
        <w:t xml:space="preserve"> và v</w:t>
      </w:r>
      <w:r>
        <w:t>ệ</w:t>
      </w:r>
      <w:r>
        <w:t xml:space="preserve"> sinh môi trư</w:t>
      </w:r>
      <w:r>
        <w:t>ờ</w:t>
      </w:r>
      <w:r>
        <w:t>ng t</w:t>
      </w:r>
      <w:r>
        <w:t>ạ</w:t>
      </w:r>
      <w:r>
        <w:t>i t</w:t>
      </w:r>
      <w:r>
        <w:t>ấ</w:t>
      </w:r>
      <w:r>
        <w:t>t c</w:t>
      </w:r>
      <w:r>
        <w:t>ả</w:t>
      </w:r>
      <w:r>
        <w:t xml:space="preserve"> các đi</w:t>
      </w:r>
      <w:r>
        <w:t>ể</w:t>
      </w:r>
      <w:r>
        <w:t>m trư</w:t>
      </w:r>
      <w:r>
        <w:t>ờ</w:t>
      </w:r>
      <w:r>
        <w:t>ng.</w:t>
      </w:r>
    </w:p>
    <w:p w14:paraId="09C525A6" w14:textId="77777777" w:rsidR="00787A81" w:rsidRDefault="003B1EA0" w:rsidP="000649B1">
      <w:pPr>
        <w:spacing w:after="0"/>
        <w:ind w:firstLine="720"/>
        <w:jc w:val="both"/>
      </w:pPr>
      <w:r>
        <w:rPr>
          <w:b/>
        </w:rPr>
        <w:t>II. TH</w:t>
      </w:r>
      <w:r>
        <w:rPr>
          <w:b/>
        </w:rPr>
        <w:t>Ờ</w:t>
      </w:r>
      <w:r>
        <w:rPr>
          <w:b/>
        </w:rPr>
        <w:t>I GIAN, Đ</w:t>
      </w:r>
      <w:r>
        <w:rPr>
          <w:b/>
        </w:rPr>
        <w:t>Ị</w:t>
      </w:r>
      <w:r>
        <w:rPr>
          <w:b/>
        </w:rPr>
        <w:t>A ĐI</w:t>
      </w:r>
      <w:r>
        <w:rPr>
          <w:b/>
        </w:rPr>
        <w:t>Ể</w:t>
      </w:r>
      <w:r>
        <w:rPr>
          <w:b/>
        </w:rPr>
        <w:t>M, HÌNH TH</w:t>
      </w:r>
      <w:r>
        <w:rPr>
          <w:b/>
        </w:rPr>
        <w:t>Ứ</w:t>
      </w:r>
      <w:r>
        <w:rPr>
          <w:b/>
        </w:rPr>
        <w:t>C</w:t>
      </w:r>
    </w:p>
    <w:p w14:paraId="6B4213B0" w14:textId="77777777" w:rsidR="00787A81" w:rsidRDefault="003B1EA0" w:rsidP="00FB55DE">
      <w:pPr>
        <w:spacing w:after="0"/>
        <w:ind w:firstLine="720"/>
        <w:jc w:val="both"/>
      </w:pPr>
      <w:r>
        <w:t>1. Th</w:t>
      </w:r>
      <w:r>
        <w:t>ờ</w:t>
      </w:r>
      <w:r>
        <w:t>i gian: T</w:t>
      </w:r>
      <w:r>
        <w:t>ừ</w:t>
      </w:r>
      <w:r>
        <w:t xml:space="preserve"> 07h00 đ</w:t>
      </w:r>
      <w:r>
        <w:t>ế</w:t>
      </w:r>
      <w:r>
        <w:t>n</w:t>
      </w:r>
      <w:r>
        <w:t xml:space="preserve"> 09h30, sáng th</w:t>
      </w:r>
      <w:r>
        <w:t>ứ</w:t>
      </w:r>
      <w:r>
        <w:t xml:space="preserve"> B</w:t>
      </w:r>
      <w:r>
        <w:t>ả</w:t>
      </w:r>
      <w:r>
        <w:t>y, ngày 05/9/2026.</w:t>
      </w:r>
    </w:p>
    <w:p w14:paraId="60FA4497" w14:textId="77777777" w:rsidR="00787A81" w:rsidRDefault="003B1EA0" w:rsidP="00FB55DE">
      <w:pPr>
        <w:spacing w:after="0"/>
        <w:ind w:firstLine="720"/>
        <w:jc w:val="both"/>
      </w:pPr>
      <w:r>
        <w:t>2. Hình th</w:t>
      </w:r>
      <w:r>
        <w:t>ứ</w:t>
      </w:r>
      <w:r>
        <w:t>c: Tr</w:t>
      </w:r>
      <w:r>
        <w:t>ự</w:t>
      </w:r>
      <w:r>
        <w:t>c ti</w:t>
      </w:r>
      <w:r>
        <w:t>ế</w:t>
      </w:r>
      <w:r>
        <w:t>p t</w:t>
      </w:r>
      <w:r>
        <w:t>ạ</w:t>
      </w:r>
      <w:r>
        <w:t>i trư</w:t>
      </w:r>
      <w:r>
        <w:t>ờ</w:t>
      </w:r>
      <w:r>
        <w:t>ng k</w:t>
      </w:r>
      <w:r>
        <w:t>ế</w:t>
      </w:r>
      <w:r>
        <w:t>t h</w:t>
      </w:r>
      <w:r>
        <w:t>ợ</w:t>
      </w:r>
      <w:r>
        <w:t>p tr</w:t>
      </w:r>
      <w:r>
        <w:t>ự</w:t>
      </w:r>
      <w:r>
        <w:t>c tuy</w:t>
      </w:r>
      <w:r>
        <w:t>ế</w:t>
      </w:r>
      <w:r>
        <w:t>n (theo dõi qua truy</w:t>
      </w:r>
      <w:r>
        <w:t>ề</w:t>
      </w:r>
      <w:r>
        <w:t>n hình VTV1 ho</w:t>
      </w:r>
      <w:r>
        <w:t>ặ</w:t>
      </w:r>
      <w:r>
        <w:t>c phát thanh VOV1).</w:t>
      </w:r>
    </w:p>
    <w:p w14:paraId="7C264638" w14:textId="77777777" w:rsidR="00787A81" w:rsidRDefault="003B1EA0" w:rsidP="00FB55DE">
      <w:pPr>
        <w:spacing w:after="0"/>
        <w:ind w:firstLine="720"/>
        <w:jc w:val="both"/>
      </w:pPr>
      <w:r>
        <w:t>3. Đ</w:t>
      </w:r>
      <w:r>
        <w:t>ị</w:t>
      </w:r>
      <w:r>
        <w:t>a đi</w:t>
      </w:r>
      <w:r>
        <w:t>ể</w:t>
      </w:r>
      <w:r>
        <w:t>m: T</w:t>
      </w:r>
      <w:r>
        <w:t>ổ</w:t>
      </w:r>
      <w:r>
        <w:t xml:space="preserve"> ch</w:t>
      </w:r>
      <w:r>
        <w:t>ứ</w:t>
      </w:r>
      <w:r>
        <w:t>c đ</w:t>
      </w:r>
      <w:r>
        <w:t>ồ</w:t>
      </w:r>
      <w:r>
        <w:t>ng th</w:t>
      </w:r>
      <w:r>
        <w:t>ờ</w:t>
      </w:r>
      <w:r>
        <w:t>i t</w:t>
      </w:r>
      <w:r>
        <w:t>ạ</w:t>
      </w:r>
      <w:r>
        <w:t>i 03 đi</w:t>
      </w:r>
      <w:r>
        <w:t>ể</w:t>
      </w:r>
      <w:r>
        <w:t>m trư</w:t>
      </w:r>
      <w:r>
        <w:t>ờ</w:t>
      </w:r>
      <w:r>
        <w:t>ng, không yêu c</w:t>
      </w:r>
      <w:r>
        <w:t>ầ</w:t>
      </w:r>
      <w:r>
        <w:t>u h</w:t>
      </w:r>
      <w:r>
        <w:t>ọ</w:t>
      </w:r>
      <w:r>
        <w:t>c sinh, giáo viên di chuy</w:t>
      </w:r>
      <w:r>
        <w:t>ể</w:t>
      </w:r>
      <w:r>
        <w:t>n gi</w:t>
      </w:r>
      <w:r>
        <w:t>ữ</w:t>
      </w:r>
      <w:r>
        <w:t>a các đi</w:t>
      </w:r>
      <w:r>
        <w:t>ể</w:t>
      </w:r>
      <w:r>
        <w:t xml:space="preserve">m </w:t>
      </w:r>
      <w:r>
        <w:t>trư</w:t>
      </w:r>
      <w:r>
        <w:t>ờ</w:t>
      </w:r>
      <w:r>
        <w:t>ng đ</w:t>
      </w:r>
      <w:r>
        <w:t>ể</w:t>
      </w:r>
      <w:r>
        <w:t xml:space="preserve"> đ</w:t>
      </w:r>
      <w:r>
        <w:t>ả</w:t>
      </w:r>
      <w:r>
        <w:t>m b</w:t>
      </w:r>
      <w:r>
        <w:t>ả</w:t>
      </w:r>
      <w:r>
        <w:t>o thu</w:t>
      </w:r>
      <w:r>
        <w:t>ậ</w:t>
      </w:r>
      <w:r>
        <w:t>n l</w:t>
      </w:r>
      <w:r>
        <w:t>ợ</w:t>
      </w:r>
      <w:r>
        <w:t>i, an toàn:</w:t>
      </w:r>
    </w:p>
    <w:p w14:paraId="081B65A0" w14:textId="77777777" w:rsidR="00FB55DE" w:rsidRDefault="003B1EA0" w:rsidP="000649B1">
      <w:pPr>
        <w:spacing w:after="0"/>
        <w:jc w:val="both"/>
      </w:pPr>
      <w:r>
        <w:t xml:space="preserve">   </w:t>
      </w:r>
      <w:r w:rsidR="00FB55DE">
        <w:tab/>
      </w:r>
      <w:r>
        <w:t>+ Đi</w:t>
      </w:r>
      <w:r>
        <w:t>ể</w:t>
      </w:r>
      <w:r>
        <w:t>m trư</w:t>
      </w:r>
      <w:r>
        <w:t>ờ</w:t>
      </w:r>
      <w:r>
        <w:t xml:space="preserve">ng chính: </w:t>
      </w:r>
      <w:r w:rsidR="00E16F9C">
        <w:t>TDP Trung Trữ, phường Tây Hoa Lư (</w:t>
      </w:r>
      <w:r>
        <w:t>THCS Ninh Giang</w:t>
      </w:r>
      <w:r w:rsidR="00E16F9C">
        <w:t xml:space="preserve"> trước sắp xếp)</w:t>
      </w:r>
      <w:r>
        <w:t xml:space="preserve">.  </w:t>
      </w:r>
      <w:r w:rsidR="00FB55DE">
        <w:tab/>
      </w:r>
      <w:r>
        <w:t xml:space="preserve"> </w:t>
      </w:r>
    </w:p>
    <w:p w14:paraId="3192A215" w14:textId="77777777" w:rsidR="005F7C60" w:rsidRDefault="003B1EA0" w:rsidP="00FB55DE">
      <w:pPr>
        <w:spacing w:after="0"/>
        <w:ind w:firstLine="720"/>
        <w:jc w:val="both"/>
      </w:pPr>
      <w:r>
        <w:t>+ Phân hi</w:t>
      </w:r>
      <w:r>
        <w:t>ệ</w:t>
      </w:r>
      <w:r>
        <w:t xml:space="preserve">u 1: </w:t>
      </w:r>
      <w:r w:rsidR="00E16F9C">
        <w:t>TDP Quán Vinh, phường Tây Hoa Lư (THCS Ninh Hòa trước sắp xếp)</w:t>
      </w:r>
      <w:r>
        <w:t>.</w:t>
      </w:r>
    </w:p>
    <w:p w14:paraId="6360CBBA" w14:textId="5808E440" w:rsidR="00787A81" w:rsidRDefault="003B1EA0" w:rsidP="00FB55DE">
      <w:pPr>
        <w:spacing w:after="0"/>
        <w:ind w:firstLine="720"/>
        <w:jc w:val="both"/>
      </w:pPr>
      <w:r>
        <w:t>+ Phân hi</w:t>
      </w:r>
      <w:r>
        <w:t>ệ</w:t>
      </w:r>
      <w:r>
        <w:t xml:space="preserve">u 2: </w:t>
      </w:r>
      <w:r w:rsidR="00E16F9C">
        <w:t>TDP Minh Hoa, phường Tây Hoa Lư (THCS Trường Yên trước sắp xếp)</w:t>
      </w:r>
      <w:r>
        <w:t>.</w:t>
      </w:r>
    </w:p>
    <w:p w14:paraId="1374824E" w14:textId="77777777" w:rsidR="00787A81" w:rsidRDefault="003B1EA0" w:rsidP="000649B1">
      <w:pPr>
        <w:spacing w:after="0"/>
        <w:ind w:firstLine="720"/>
        <w:jc w:val="both"/>
      </w:pPr>
      <w:r>
        <w:rPr>
          <w:b/>
        </w:rPr>
        <w:t>III. THÀNH PH</w:t>
      </w:r>
      <w:r>
        <w:rPr>
          <w:b/>
        </w:rPr>
        <w:t>Ầ</w:t>
      </w:r>
      <w:r>
        <w:rPr>
          <w:b/>
        </w:rPr>
        <w:t>N THAM D</w:t>
      </w:r>
      <w:r>
        <w:rPr>
          <w:b/>
        </w:rPr>
        <w:t>Ự</w:t>
      </w:r>
    </w:p>
    <w:p w14:paraId="2A82AF75" w14:textId="68295E7D" w:rsidR="00FB55DE" w:rsidRDefault="003B1EA0" w:rsidP="00FB55DE">
      <w:pPr>
        <w:spacing w:after="0"/>
        <w:ind w:firstLine="720"/>
        <w:jc w:val="both"/>
      </w:pPr>
      <w:r>
        <w:lastRenderedPageBreak/>
        <w:t>Khách m</w:t>
      </w:r>
      <w:r>
        <w:t>ờ</w:t>
      </w:r>
      <w:r>
        <w:t xml:space="preserve">i: </w:t>
      </w:r>
    </w:p>
    <w:p w14:paraId="77B794BE" w14:textId="17ED0AD0" w:rsidR="00787A81" w:rsidRDefault="003B1EA0" w:rsidP="00FB55DE">
      <w:pPr>
        <w:spacing w:after="0"/>
        <w:ind w:firstLine="720"/>
        <w:jc w:val="both"/>
      </w:pPr>
      <w:r>
        <w:t>Thư</w:t>
      </w:r>
      <w:r>
        <w:t>ờ</w:t>
      </w:r>
      <w:r>
        <w:t>ng tr</w:t>
      </w:r>
      <w:r>
        <w:t>ự</w:t>
      </w:r>
      <w:r>
        <w:t>c Đ</w:t>
      </w:r>
      <w:r>
        <w:t>ả</w:t>
      </w:r>
      <w:r>
        <w:t xml:space="preserve">ng </w:t>
      </w:r>
      <w:r>
        <w:t>ủ</w:t>
      </w:r>
      <w:r>
        <w:t xml:space="preserve">y, HĐND, </w:t>
      </w:r>
      <w:r w:rsidR="00E16F9C">
        <w:t xml:space="preserve">Lãnh đạo </w:t>
      </w:r>
      <w:r>
        <w:t xml:space="preserve">UBND, </w:t>
      </w:r>
      <w:r w:rsidR="005F7C60">
        <w:t>UBMTTQVN</w:t>
      </w:r>
      <w:r>
        <w:t xml:space="preserve"> phư</w:t>
      </w:r>
      <w:r>
        <w:t>ờ</w:t>
      </w:r>
      <w:r>
        <w:t xml:space="preserve">ng Tây Hoa Lư; </w:t>
      </w:r>
      <w:r w:rsidR="00FB55DE">
        <w:t>Đại diện LĐ, chuyên viên các Phòng, Ban, đoàn thể phường</w:t>
      </w:r>
      <w:r>
        <w:t>.</w:t>
      </w:r>
    </w:p>
    <w:p w14:paraId="1BD4EBF7" w14:textId="6FEF9E06" w:rsidR="00FB55DE" w:rsidRDefault="00FB55DE" w:rsidP="00FB55DE">
      <w:pPr>
        <w:spacing w:after="0"/>
        <w:ind w:firstLine="720"/>
        <w:jc w:val="both"/>
      </w:pPr>
      <w:r>
        <w:t>Bí thư Chi bộ, Tổ trưởng các tổ dân phố: La Mai, Ninh Giang, Trung Trữ, Hoàng Long, Quán Vinh, Ninh Hòa, Đại Sơn, Minh Hoa, Trường Yên, Tràng An, Chi Phong, Xuân Sơn.</w:t>
      </w:r>
    </w:p>
    <w:p w14:paraId="42B84A4A" w14:textId="11E88543" w:rsidR="00FB55DE" w:rsidRDefault="00FB55DE" w:rsidP="00FB55DE">
      <w:pPr>
        <w:spacing w:after="0"/>
        <w:ind w:firstLine="720"/>
        <w:jc w:val="both"/>
      </w:pPr>
      <w:r>
        <w:t>Lãnh đạo ngân hàng Agribank khu vực Hoa Lư, Quỹ từ thiện Nhân Ái.</w:t>
      </w:r>
    </w:p>
    <w:p w14:paraId="58D235E2" w14:textId="147C6412" w:rsidR="00787A81" w:rsidRDefault="003B1EA0" w:rsidP="004D0483">
      <w:pPr>
        <w:spacing w:after="0"/>
        <w:ind w:firstLine="720"/>
        <w:jc w:val="both"/>
      </w:pPr>
      <w:r>
        <w:t>Đ</w:t>
      </w:r>
      <w:r>
        <w:t>ạ</w:t>
      </w:r>
      <w:r>
        <w:t>i di</w:t>
      </w:r>
      <w:r>
        <w:t>ệ</w:t>
      </w:r>
      <w:r>
        <w:t>n Cha m</w:t>
      </w:r>
      <w:r>
        <w:t>ẹ</w:t>
      </w:r>
      <w:r>
        <w:t xml:space="preserve"> h</w:t>
      </w:r>
      <w:r>
        <w:t>ọ</w:t>
      </w:r>
      <w:r>
        <w:t>c sinh: Ban đ</w:t>
      </w:r>
      <w:r>
        <w:t>ạ</w:t>
      </w:r>
      <w:r>
        <w:t>i di</w:t>
      </w:r>
      <w:r>
        <w:t>ệ</w:t>
      </w:r>
      <w:r>
        <w:t xml:space="preserve">n CMHS </w:t>
      </w:r>
      <w:r w:rsidR="00E16F9C">
        <w:t xml:space="preserve">các trường (trước sắp xếp) </w:t>
      </w:r>
      <w:r>
        <w:t xml:space="preserve"> và Ban </w:t>
      </w:r>
      <w:r>
        <w:t>đ</w:t>
      </w:r>
      <w:r>
        <w:t>ạ</w:t>
      </w:r>
      <w:r>
        <w:t>i di</w:t>
      </w:r>
      <w:r>
        <w:t>ệ</w:t>
      </w:r>
      <w:r>
        <w:t>n CMHS các l</w:t>
      </w:r>
      <w:r>
        <w:t>ớ</w:t>
      </w:r>
      <w:r>
        <w:t>p.</w:t>
      </w:r>
    </w:p>
    <w:p w14:paraId="1369F87E" w14:textId="442A9061" w:rsidR="00787A81" w:rsidRDefault="003B1EA0" w:rsidP="004D0483">
      <w:pPr>
        <w:spacing w:after="0"/>
        <w:ind w:firstLine="720"/>
        <w:jc w:val="both"/>
      </w:pPr>
      <w:r>
        <w:t>Nhà trư</w:t>
      </w:r>
      <w:r>
        <w:t>ờ</w:t>
      </w:r>
      <w:r>
        <w:t>ng: Toàn th</w:t>
      </w:r>
      <w:r>
        <w:t>ể</w:t>
      </w:r>
      <w:r>
        <w:t xml:space="preserve"> cán b</w:t>
      </w:r>
      <w:r>
        <w:t>ộ</w:t>
      </w:r>
      <w:r>
        <w:t xml:space="preserve"> qu</w:t>
      </w:r>
      <w:r>
        <w:t>ả</w:t>
      </w:r>
      <w:r>
        <w:t>n lý, giáo viên, nhân viên và h</w:t>
      </w:r>
      <w:r>
        <w:t>ọ</w:t>
      </w:r>
      <w:r>
        <w:t>c sinh tham d</w:t>
      </w:r>
      <w:r>
        <w:t>ự</w:t>
      </w:r>
      <w:r>
        <w:t xml:space="preserve"> t</w:t>
      </w:r>
      <w:r>
        <w:t>ạ</w:t>
      </w:r>
      <w:r>
        <w:t>i đi</w:t>
      </w:r>
      <w:r>
        <w:t>ể</w:t>
      </w:r>
      <w:r>
        <w:t>m trư</w:t>
      </w:r>
      <w:r>
        <w:t>ờ</w:t>
      </w:r>
      <w:r>
        <w:t xml:space="preserve">ng </w:t>
      </w:r>
      <w:r w:rsidR="00916CDF">
        <w:t xml:space="preserve">chính và các Phân hiệu </w:t>
      </w:r>
      <w:r>
        <w:t>đư</w:t>
      </w:r>
      <w:r>
        <w:t>ợ</w:t>
      </w:r>
      <w:r>
        <w:t>c phân công.</w:t>
      </w:r>
    </w:p>
    <w:p w14:paraId="636EC7FF" w14:textId="77777777" w:rsidR="00787A81" w:rsidRDefault="003B1EA0" w:rsidP="000649B1">
      <w:pPr>
        <w:spacing w:after="0"/>
        <w:ind w:firstLine="720"/>
        <w:jc w:val="both"/>
      </w:pPr>
      <w:r>
        <w:rPr>
          <w:b/>
        </w:rPr>
        <w:t>IV. N</w:t>
      </w:r>
      <w:r>
        <w:rPr>
          <w:b/>
        </w:rPr>
        <w:t>Ộ</w:t>
      </w:r>
      <w:r>
        <w:rPr>
          <w:b/>
        </w:rPr>
        <w:t>I DUNG CHƯƠNG TRÌNH CHI TI</w:t>
      </w:r>
      <w:r>
        <w:rPr>
          <w:b/>
        </w:rPr>
        <w:t>Ế</w:t>
      </w:r>
      <w:r>
        <w:rPr>
          <w:b/>
        </w:rPr>
        <w:t>T</w:t>
      </w:r>
    </w:p>
    <w:p w14:paraId="2BFB73C1" w14:textId="77777777" w:rsidR="00787A81" w:rsidRDefault="003B1EA0" w:rsidP="004D0483">
      <w:pPr>
        <w:spacing w:after="0"/>
        <w:ind w:firstLine="720"/>
        <w:jc w:val="both"/>
      </w:pPr>
      <w:r w:rsidRPr="000649B1">
        <w:rPr>
          <w:b/>
          <w:bCs/>
        </w:rPr>
        <w:t>1. T</w:t>
      </w:r>
      <w:r w:rsidRPr="000649B1">
        <w:rPr>
          <w:b/>
          <w:bCs/>
        </w:rPr>
        <w:t>ừ</w:t>
      </w:r>
      <w:r w:rsidRPr="000649B1">
        <w:rPr>
          <w:b/>
          <w:bCs/>
        </w:rPr>
        <w:t xml:space="preserve"> 07h00 đ</w:t>
      </w:r>
      <w:r w:rsidRPr="000649B1">
        <w:rPr>
          <w:b/>
          <w:bCs/>
        </w:rPr>
        <w:t>ế</w:t>
      </w:r>
      <w:r w:rsidRPr="000649B1">
        <w:rPr>
          <w:b/>
          <w:bCs/>
        </w:rPr>
        <w:t>n 07h30:</w:t>
      </w:r>
      <w:r>
        <w:t xml:space="preserve"> Chương trình riêng (Tr</w:t>
      </w:r>
      <w:r>
        <w:t>ự</w:t>
      </w:r>
      <w:r>
        <w:t>c ti</w:t>
      </w:r>
      <w:r>
        <w:t>ế</w:t>
      </w:r>
      <w:r>
        <w:t>p)</w:t>
      </w:r>
    </w:p>
    <w:p w14:paraId="324D84C5" w14:textId="7A8E100D" w:rsidR="004D0483" w:rsidRDefault="004D0483" w:rsidP="004D0483">
      <w:pPr>
        <w:spacing w:after="0"/>
        <w:ind w:firstLine="720"/>
        <w:jc w:val="both"/>
      </w:pPr>
      <w:r w:rsidRPr="00C123F8">
        <w:rPr>
          <w:b/>
          <w:bCs/>
          <w:i/>
          <w:iCs/>
        </w:rPr>
        <w:t>1.1. Tại Điểm trường chính</w:t>
      </w:r>
      <w:r>
        <w:t xml:space="preserve"> (THCS Ninh Giang trước sắp xếp): </w:t>
      </w:r>
      <w:r w:rsidR="005F7C60">
        <w:t xml:space="preserve">Dự kiến đ/c Bí thư Đảng ủy, Chủ tịch HĐND phường dự và chỉ đạo buổi Lễ; </w:t>
      </w:r>
      <w:r>
        <w:t xml:space="preserve">Tất cả học sinh Khối 6 và Khối 9 dự trực tiếp tại Nhà đa năng cùng CBQL, GV, NV Trường chính. Chương trình cụ thể: </w:t>
      </w:r>
    </w:p>
    <w:p w14:paraId="68947F17" w14:textId="2FF1AC30" w:rsidR="00787A81" w:rsidRDefault="00916CDF" w:rsidP="004D0483">
      <w:pPr>
        <w:spacing w:after="0"/>
        <w:ind w:firstLine="720"/>
        <w:jc w:val="both"/>
      </w:pPr>
      <w:r>
        <w:t>Từ 07h Biểu diễn các tiết mục văn nghệ chào mừng; Tuyên bố lý do, giới thiệu đại biểu; Mời Lãnh đạo tặng quà cho HS có hoàn cảnh khó khăn (tặng xe đạp). Các  hoạt động đảm bảo gọn nhẹ, kết thúc đúng 07h30.</w:t>
      </w:r>
    </w:p>
    <w:p w14:paraId="40A24030" w14:textId="1419CB7E" w:rsidR="004D0483" w:rsidRDefault="004D0483" w:rsidP="004D0483">
      <w:pPr>
        <w:spacing w:after="0"/>
        <w:ind w:firstLine="720"/>
        <w:jc w:val="both"/>
      </w:pPr>
      <w:r>
        <w:t>GVCN và HS Khối 7, khối 8 dự trên lớp (</w:t>
      </w:r>
      <w:r w:rsidRPr="004D0483">
        <w:rPr>
          <w:i/>
          <w:iCs/>
        </w:rPr>
        <w:t>Có chương trình hướng dẫn gửi kèm</w:t>
      </w:r>
      <w:r>
        <w:t>)</w:t>
      </w:r>
    </w:p>
    <w:p w14:paraId="62A71717" w14:textId="05635DC0" w:rsidR="004D0483" w:rsidRDefault="004D0483" w:rsidP="004D0483">
      <w:pPr>
        <w:spacing w:after="0"/>
        <w:ind w:firstLine="720"/>
        <w:jc w:val="both"/>
      </w:pPr>
      <w:r w:rsidRPr="00C123F8">
        <w:rPr>
          <w:b/>
          <w:bCs/>
          <w:i/>
          <w:iCs/>
        </w:rPr>
        <w:t>1.2. Tại Phân hiệu 1</w:t>
      </w:r>
      <w:r>
        <w:t xml:space="preserve"> (THCS Ninh Hòa trước sắp xếp)</w:t>
      </w:r>
    </w:p>
    <w:p w14:paraId="58B59555" w14:textId="40B5B1FD" w:rsidR="004D0483" w:rsidRDefault="004D0483" w:rsidP="004D0483">
      <w:pPr>
        <w:spacing w:after="0"/>
        <w:ind w:firstLine="720"/>
        <w:jc w:val="both"/>
      </w:pPr>
      <w:r>
        <w:t xml:space="preserve">Từ 07h - 07h20: Tập trung HS toàn trường: Tuyên bố lý do, giới thiệu đại biểu; Mời Lãnh đạo tặng quà cho HS có hoàn cảnh khó khăn (tặng xe đạp), tặng quà và học bổng của ngân hàng Agribank và Quỹ từ thiện Nhân ái. </w:t>
      </w:r>
    </w:p>
    <w:p w14:paraId="265C71FC" w14:textId="66C986C5" w:rsidR="00536FC1" w:rsidRPr="00536FC1" w:rsidRDefault="00536FC1" w:rsidP="004D0483">
      <w:pPr>
        <w:spacing w:after="0"/>
        <w:ind w:firstLine="720"/>
        <w:jc w:val="both"/>
      </w:pPr>
      <w:r w:rsidRPr="00536FC1">
        <w:t>Từ 07h20 - trước 07h30</w:t>
      </w:r>
      <w:r w:rsidR="005F7C60">
        <w:t>:</w:t>
      </w:r>
      <w:r w:rsidRPr="00536FC1">
        <w:t xml:space="preserve"> CBQL, GV và học sinh di</w:t>
      </w:r>
      <w:r>
        <w:t xml:space="preserve"> chuyển vào văn phòng và các phòng học theo các lớp để dự Khai giảng trực tuyến (</w:t>
      </w:r>
      <w:r w:rsidRPr="00536FC1">
        <w:rPr>
          <w:i/>
          <w:iCs/>
        </w:rPr>
        <w:t>Chi tiết tại mục 2</w:t>
      </w:r>
      <w:r>
        <w:t>)</w:t>
      </w:r>
    </w:p>
    <w:p w14:paraId="50D6E02E" w14:textId="72CA4605" w:rsidR="004D0483" w:rsidRDefault="004D0483" w:rsidP="004D0483">
      <w:pPr>
        <w:spacing w:after="0"/>
        <w:ind w:firstLine="720"/>
        <w:jc w:val="both"/>
      </w:pPr>
      <w:r w:rsidRPr="00C123F8">
        <w:rPr>
          <w:b/>
          <w:bCs/>
          <w:i/>
          <w:iCs/>
        </w:rPr>
        <w:t xml:space="preserve">1.3. </w:t>
      </w:r>
      <w:r w:rsidR="00536FC1" w:rsidRPr="00C123F8">
        <w:rPr>
          <w:b/>
          <w:bCs/>
          <w:i/>
          <w:iCs/>
        </w:rPr>
        <w:t>T</w:t>
      </w:r>
      <w:r w:rsidRPr="00C123F8">
        <w:rPr>
          <w:b/>
          <w:bCs/>
          <w:i/>
          <w:iCs/>
        </w:rPr>
        <w:t>ại Phân hiệu 2</w:t>
      </w:r>
      <w:r>
        <w:t xml:space="preserve"> (THCS Trường Yên trước sắp xếp): </w:t>
      </w:r>
    </w:p>
    <w:p w14:paraId="2C2FB930" w14:textId="05556560" w:rsidR="004D0483" w:rsidRDefault="00916CDF" w:rsidP="004D0483">
      <w:pPr>
        <w:spacing w:after="0"/>
        <w:ind w:firstLine="720"/>
        <w:jc w:val="both"/>
      </w:pPr>
      <w:r>
        <w:t xml:space="preserve">Từ 07h15 </w:t>
      </w:r>
      <w:r w:rsidR="004D0483">
        <w:t xml:space="preserve">- 07h30: </w:t>
      </w:r>
      <w:r w:rsidR="00536FC1">
        <w:t xml:space="preserve">Tại phòng Đa chức năng (Đại biểu, CBQL, GV, NV và khoảng 150 học sinh do Phó Hiệu trưởng phụ trách Phân hiệu triệu tập): </w:t>
      </w:r>
      <w:r>
        <w:t>Tuyên bố lý do, giới thiệu đại biểu; Mời Lãnh đạo tặng quà cho HS có hoàn cảnh khó khăn (tặng xe đạp</w:t>
      </w:r>
      <w:r w:rsidR="004D0483">
        <w:t>)</w:t>
      </w:r>
      <w:r w:rsidR="00536FC1">
        <w:t>.</w:t>
      </w:r>
    </w:p>
    <w:p w14:paraId="0EC74566" w14:textId="4CA9595E" w:rsidR="00536FC1" w:rsidRDefault="00536FC1" w:rsidP="004D0483">
      <w:pPr>
        <w:spacing w:after="0"/>
        <w:ind w:firstLine="720"/>
        <w:jc w:val="both"/>
      </w:pPr>
      <w:r>
        <w:t>Tại các lớp học: Các GVCN, Ban đại diện CMHS lớp và những học sinh không dự tại phòng Đa chức năng (</w:t>
      </w:r>
      <w:r w:rsidRPr="004D0483">
        <w:rPr>
          <w:i/>
          <w:iCs/>
        </w:rPr>
        <w:t>Có chương trình hướng dẫn gửi kèm</w:t>
      </w:r>
      <w:r>
        <w:t>).</w:t>
      </w:r>
    </w:p>
    <w:p w14:paraId="23DC763D" w14:textId="275F66D3" w:rsidR="00787A81" w:rsidRPr="004D0483" w:rsidRDefault="004D0483" w:rsidP="004D0483">
      <w:pPr>
        <w:spacing w:after="0"/>
        <w:ind w:firstLine="720"/>
        <w:jc w:val="both"/>
        <w:rPr>
          <w:i/>
          <w:iCs/>
        </w:rPr>
      </w:pPr>
      <w:r w:rsidRPr="004D0483">
        <w:rPr>
          <w:i/>
          <w:iCs/>
        </w:rPr>
        <w:t xml:space="preserve">Lưu ý: </w:t>
      </w:r>
      <w:r w:rsidR="0074344F" w:rsidRPr="004D0483">
        <w:rPr>
          <w:i/>
          <w:iCs/>
        </w:rPr>
        <w:t>Do điều kiện về thời gian, CSVC (Hội trường) nên tại các Phân hiệu k</w:t>
      </w:r>
      <w:r w:rsidRPr="004D0483">
        <w:rPr>
          <w:i/>
          <w:iCs/>
        </w:rPr>
        <w:t xml:space="preserve">hông tổ chức </w:t>
      </w:r>
      <w:r w:rsidR="00916CDF" w:rsidRPr="004D0483">
        <w:rPr>
          <w:i/>
          <w:iCs/>
        </w:rPr>
        <w:t xml:space="preserve">chương trình </w:t>
      </w:r>
      <w:r w:rsidRPr="004D0483">
        <w:rPr>
          <w:i/>
          <w:iCs/>
        </w:rPr>
        <w:t xml:space="preserve">văn nghệ. </w:t>
      </w:r>
    </w:p>
    <w:p w14:paraId="5BB0D6AE" w14:textId="0F9B58A8" w:rsidR="00787A81" w:rsidRDefault="003B1EA0" w:rsidP="004D0483">
      <w:pPr>
        <w:spacing w:after="0"/>
        <w:ind w:firstLine="720"/>
        <w:jc w:val="both"/>
      </w:pPr>
      <w:r w:rsidRPr="000649B1">
        <w:rPr>
          <w:b/>
          <w:bCs/>
        </w:rPr>
        <w:t>2. T</w:t>
      </w:r>
      <w:r w:rsidRPr="000649B1">
        <w:rPr>
          <w:b/>
          <w:bCs/>
        </w:rPr>
        <w:t>ừ</w:t>
      </w:r>
      <w:r w:rsidRPr="000649B1">
        <w:rPr>
          <w:b/>
          <w:bCs/>
        </w:rPr>
        <w:t xml:space="preserve"> 07h30 đ</w:t>
      </w:r>
      <w:r w:rsidRPr="000649B1">
        <w:rPr>
          <w:b/>
          <w:bCs/>
        </w:rPr>
        <w:t>ế</w:t>
      </w:r>
      <w:r w:rsidRPr="000649B1">
        <w:rPr>
          <w:b/>
          <w:bCs/>
        </w:rPr>
        <w:t>n 08h30:</w:t>
      </w:r>
      <w:r>
        <w:t xml:space="preserve"> Tham d</w:t>
      </w:r>
      <w:r>
        <w:t>ự</w:t>
      </w:r>
      <w:r>
        <w:t xml:space="preserve"> Chương trình L</w:t>
      </w:r>
      <w:r>
        <w:t>ễ</w:t>
      </w:r>
      <w:r>
        <w:t xml:space="preserve"> khai gi</w:t>
      </w:r>
      <w:r>
        <w:t>ả</w:t>
      </w:r>
      <w:r>
        <w:t>ng chung toàn qu</w:t>
      </w:r>
      <w:r>
        <w:t>ố</w:t>
      </w:r>
      <w:r>
        <w:t>c (Tr</w:t>
      </w:r>
      <w:r>
        <w:t>ự</w:t>
      </w:r>
      <w:r>
        <w:t>c tuy</w:t>
      </w:r>
      <w:r>
        <w:t>ế</w:t>
      </w:r>
      <w:r>
        <w:t>n)</w:t>
      </w:r>
      <w:r w:rsidR="00536FC1">
        <w:t>. Thời gian cụ thể:</w:t>
      </w:r>
    </w:p>
    <w:p w14:paraId="2A28A6DB" w14:textId="03C59E8C" w:rsidR="00787A81" w:rsidRDefault="003B1EA0" w:rsidP="004D0483">
      <w:pPr>
        <w:spacing w:after="0"/>
        <w:ind w:firstLine="720"/>
        <w:jc w:val="both"/>
      </w:pPr>
      <w:r>
        <w:t>07h30 - 07h35: Theo dõi Chương trình văn ngh</w:t>
      </w:r>
      <w:r>
        <w:t>ệ</w:t>
      </w:r>
      <w:r>
        <w:t xml:space="preserve"> qua truy</w:t>
      </w:r>
      <w:r>
        <w:t>ề</w:t>
      </w:r>
      <w:r>
        <w:t>n hình/phát thanh.</w:t>
      </w:r>
    </w:p>
    <w:p w14:paraId="7495EAA2" w14:textId="6F9A7952" w:rsidR="00787A81" w:rsidRPr="00E16F9C" w:rsidRDefault="003B1EA0" w:rsidP="00536FC1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lastRenderedPageBreak/>
        <w:t>07h35 - 07h37: Chào c</w:t>
      </w:r>
      <w:r w:rsidRPr="00E16F9C">
        <w:rPr>
          <w:lang w:val="pt-BR"/>
        </w:rPr>
        <w:t>ờ</w:t>
      </w:r>
      <w:r w:rsidRPr="00E16F9C">
        <w:rPr>
          <w:lang w:val="pt-BR"/>
        </w:rPr>
        <w:t>, hát Qu</w:t>
      </w:r>
      <w:r w:rsidRPr="00E16F9C">
        <w:rPr>
          <w:lang w:val="pt-BR"/>
        </w:rPr>
        <w:t>ố</w:t>
      </w:r>
      <w:r w:rsidRPr="00E16F9C">
        <w:rPr>
          <w:lang w:val="pt-BR"/>
        </w:rPr>
        <w:t>c ca. (</w:t>
      </w:r>
      <w:r w:rsidR="00341F3A">
        <w:rPr>
          <w:lang w:val="pt-BR"/>
        </w:rPr>
        <w:t>Đại biểu, CBQL, GV, NV và HS t</w:t>
      </w:r>
      <w:r w:rsidRPr="00E16F9C">
        <w:rPr>
          <w:lang w:val="pt-BR"/>
        </w:rPr>
        <w:t>h</w:t>
      </w:r>
      <w:r w:rsidRPr="00E16F9C">
        <w:rPr>
          <w:lang w:val="pt-BR"/>
        </w:rPr>
        <w:t>ự</w:t>
      </w:r>
      <w:r w:rsidRPr="00E16F9C">
        <w:rPr>
          <w:lang w:val="pt-BR"/>
        </w:rPr>
        <w:t>c hi</w:t>
      </w:r>
      <w:r w:rsidRPr="00E16F9C">
        <w:rPr>
          <w:lang w:val="pt-BR"/>
        </w:rPr>
        <w:t>ệ</w:t>
      </w:r>
      <w:r w:rsidRPr="00E16F9C">
        <w:rPr>
          <w:lang w:val="pt-BR"/>
        </w:rPr>
        <w:t>n nghiêm trang, đ</w:t>
      </w:r>
      <w:r w:rsidRPr="00E16F9C">
        <w:rPr>
          <w:lang w:val="pt-BR"/>
        </w:rPr>
        <w:t>ồ</w:t>
      </w:r>
      <w:r w:rsidRPr="00E16F9C">
        <w:rPr>
          <w:lang w:val="pt-BR"/>
        </w:rPr>
        <w:t>ng th</w:t>
      </w:r>
      <w:r w:rsidRPr="00E16F9C">
        <w:rPr>
          <w:lang w:val="pt-BR"/>
        </w:rPr>
        <w:t>ờ</w:t>
      </w:r>
      <w:r w:rsidRPr="00E16F9C">
        <w:rPr>
          <w:lang w:val="pt-BR"/>
        </w:rPr>
        <w:t>i v</w:t>
      </w:r>
      <w:r w:rsidRPr="00E16F9C">
        <w:rPr>
          <w:lang w:val="pt-BR"/>
        </w:rPr>
        <w:t>ớ</w:t>
      </w:r>
      <w:r w:rsidRPr="00E16F9C">
        <w:rPr>
          <w:lang w:val="pt-BR"/>
        </w:rPr>
        <w:t>i Đi</w:t>
      </w:r>
      <w:r w:rsidRPr="00E16F9C">
        <w:rPr>
          <w:lang w:val="pt-BR"/>
        </w:rPr>
        <w:t>ể</w:t>
      </w:r>
      <w:r w:rsidRPr="00E16F9C">
        <w:rPr>
          <w:lang w:val="pt-BR"/>
        </w:rPr>
        <w:t>m c</w:t>
      </w:r>
      <w:r w:rsidRPr="00E16F9C">
        <w:rPr>
          <w:lang w:val="pt-BR"/>
        </w:rPr>
        <w:t>ầ</w:t>
      </w:r>
      <w:r w:rsidRPr="00E16F9C">
        <w:rPr>
          <w:lang w:val="pt-BR"/>
        </w:rPr>
        <w:t>u trung tâm c</w:t>
      </w:r>
      <w:r w:rsidRPr="00E16F9C">
        <w:rPr>
          <w:lang w:val="pt-BR"/>
        </w:rPr>
        <w:t>ủ</w:t>
      </w:r>
      <w:r w:rsidRPr="00E16F9C">
        <w:rPr>
          <w:lang w:val="pt-BR"/>
        </w:rPr>
        <w:t>a B</w:t>
      </w:r>
      <w:r w:rsidRPr="00E16F9C">
        <w:rPr>
          <w:lang w:val="pt-BR"/>
        </w:rPr>
        <w:t>ộ</w:t>
      </w:r>
      <w:r w:rsidRPr="00E16F9C">
        <w:rPr>
          <w:lang w:val="pt-BR"/>
        </w:rPr>
        <w:t xml:space="preserve"> GDĐT).</w:t>
      </w:r>
    </w:p>
    <w:p w14:paraId="36574934" w14:textId="2F3E0E78" w:rsidR="00787A81" w:rsidRPr="00E16F9C" w:rsidRDefault="003B1EA0" w:rsidP="00536FC1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07h37 - 08h27: Theo dõi các n</w:t>
      </w:r>
      <w:r w:rsidRPr="00E16F9C">
        <w:rPr>
          <w:lang w:val="pt-BR"/>
        </w:rPr>
        <w:t>ộ</w:t>
      </w:r>
      <w:r w:rsidRPr="00E16F9C">
        <w:rPr>
          <w:lang w:val="pt-BR"/>
        </w:rPr>
        <w:t>i dung: Gi</w:t>
      </w:r>
      <w:r w:rsidRPr="00E16F9C">
        <w:rPr>
          <w:lang w:val="pt-BR"/>
        </w:rPr>
        <w:t>ớ</w:t>
      </w:r>
      <w:r w:rsidRPr="00E16F9C">
        <w:rPr>
          <w:lang w:val="pt-BR"/>
        </w:rPr>
        <w:t>i thi</w:t>
      </w:r>
      <w:r w:rsidRPr="00E16F9C">
        <w:rPr>
          <w:lang w:val="pt-BR"/>
        </w:rPr>
        <w:t>ệ</w:t>
      </w:r>
      <w:r w:rsidRPr="00E16F9C">
        <w:rPr>
          <w:lang w:val="pt-BR"/>
        </w:rPr>
        <w:t>u đ</w:t>
      </w:r>
      <w:r w:rsidRPr="00E16F9C">
        <w:rPr>
          <w:lang w:val="pt-BR"/>
        </w:rPr>
        <w:t>ạ</w:t>
      </w:r>
      <w:r w:rsidRPr="00E16F9C">
        <w:rPr>
          <w:lang w:val="pt-BR"/>
        </w:rPr>
        <w:t>i bi</w:t>
      </w:r>
      <w:r w:rsidRPr="00E16F9C">
        <w:rPr>
          <w:lang w:val="pt-BR"/>
        </w:rPr>
        <w:t>ể</w:t>
      </w:r>
      <w:r w:rsidRPr="00E16F9C">
        <w:rPr>
          <w:lang w:val="pt-BR"/>
        </w:rPr>
        <w:t>u; phóng s</w:t>
      </w:r>
      <w:r w:rsidRPr="00E16F9C">
        <w:rPr>
          <w:lang w:val="pt-BR"/>
        </w:rPr>
        <w:t>ự</w:t>
      </w:r>
      <w:r w:rsidRPr="00E16F9C">
        <w:rPr>
          <w:lang w:val="pt-BR"/>
        </w:rPr>
        <w:t>; nghe đ</w:t>
      </w:r>
      <w:r w:rsidRPr="00E16F9C">
        <w:rPr>
          <w:lang w:val="pt-BR"/>
        </w:rPr>
        <w:t>ọ</w:t>
      </w:r>
      <w:r w:rsidRPr="00E16F9C">
        <w:rPr>
          <w:lang w:val="pt-BR"/>
        </w:rPr>
        <w:t>c Thư c</w:t>
      </w:r>
      <w:r w:rsidRPr="00E16F9C">
        <w:rPr>
          <w:lang w:val="pt-BR"/>
        </w:rPr>
        <w:t>ủ</w:t>
      </w:r>
      <w:r w:rsidRPr="00E16F9C">
        <w:rPr>
          <w:lang w:val="pt-BR"/>
        </w:rPr>
        <w:t>a T</w:t>
      </w:r>
      <w:r w:rsidRPr="00E16F9C">
        <w:rPr>
          <w:lang w:val="pt-BR"/>
        </w:rPr>
        <w:t>ổ</w:t>
      </w:r>
      <w:r w:rsidRPr="00E16F9C">
        <w:rPr>
          <w:lang w:val="pt-BR"/>
        </w:rPr>
        <w:t>ng Bí thư, Ch</w:t>
      </w:r>
      <w:r w:rsidRPr="00E16F9C">
        <w:rPr>
          <w:lang w:val="pt-BR"/>
        </w:rPr>
        <w:t>ủ</w:t>
      </w:r>
      <w:r w:rsidRPr="00E16F9C">
        <w:rPr>
          <w:lang w:val="pt-BR"/>
        </w:rPr>
        <w:t xml:space="preserve"> t</w:t>
      </w:r>
      <w:r w:rsidRPr="00E16F9C">
        <w:rPr>
          <w:lang w:val="pt-BR"/>
        </w:rPr>
        <w:t>ị</w:t>
      </w:r>
      <w:r w:rsidRPr="00E16F9C">
        <w:rPr>
          <w:lang w:val="pt-BR"/>
        </w:rPr>
        <w:t>ch nư</w:t>
      </w:r>
      <w:r w:rsidRPr="00E16F9C">
        <w:rPr>
          <w:lang w:val="pt-BR"/>
        </w:rPr>
        <w:t>ớ</w:t>
      </w:r>
      <w:r w:rsidRPr="00E16F9C">
        <w:rPr>
          <w:lang w:val="pt-BR"/>
        </w:rPr>
        <w:t>c; phát bi</w:t>
      </w:r>
      <w:r w:rsidRPr="00E16F9C">
        <w:rPr>
          <w:lang w:val="pt-BR"/>
        </w:rPr>
        <w:t>ể</w:t>
      </w:r>
      <w:r w:rsidRPr="00E16F9C">
        <w:rPr>
          <w:lang w:val="pt-BR"/>
        </w:rPr>
        <w:t>u c</w:t>
      </w:r>
      <w:r w:rsidRPr="00E16F9C">
        <w:rPr>
          <w:lang w:val="pt-BR"/>
        </w:rPr>
        <w:t>ủ</w:t>
      </w:r>
      <w:r w:rsidRPr="00E16F9C">
        <w:rPr>
          <w:lang w:val="pt-BR"/>
        </w:rPr>
        <w:t>a Lãnh đ</w:t>
      </w:r>
      <w:r w:rsidRPr="00E16F9C">
        <w:rPr>
          <w:lang w:val="pt-BR"/>
        </w:rPr>
        <w:t>ạ</w:t>
      </w:r>
      <w:r w:rsidRPr="00E16F9C">
        <w:rPr>
          <w:lang w:val="pt-BR"/>
        </w:rPr>
        <w:t>o Đ</w:t>
      </w:r>
      <w:r w:rsidRPr="00E16F9C">
        <w:rPr>
          <w:lang w:val="pt-BR"/>
        </w:rPr>
        <w:t>ả</w:t>
      </w:r>
      <w:r w:rsidRPr="00E16F9C">
        <w:rPr>
          <w:lang w:val="pt-BR"/>
        </w:rPr>
        <w:t>ng, Nhà nư</w:t>
      </w:r>
      <w:r w:rsidRPr="00E16F9C">
        <w:rPr>
          <w:lang w:val="pt-BR"/>
        </w:rPr>
        <w:t>ớ</w:t>
      </w:r>
      <w:r w:rsidRPr="00E16F9C">
        <w:rPr>
          <w:lang w:val="pt-BR"/>
        </w:rPr>
        <w:t>c; nghi th</w:t>
      </w:r>
      <w:r w:rsidRPr="00E16F9C">
        <w:rPr>
          <w:lang w:val="pt-BR"/>
        </w:rPr>
        <w:t>ứ</w:t>
      </w:r>
      <w:r w:rsidRPr="00E16F9C">
        <w:rPr>
          <w:lang w:val="pt-BR"/>
        </w:rPr>
        <w:t>c c</w:t>
      </w:r>
      <w:r w:rsidRPr="00E16F9C">
        <w:rPr>
          <w:lang w:val="pt-BR"/>
        </w:rPr>
        <w:t>ắ</w:t>
      </w:r>
      <w:r w:rsidRPr="00E16F9C">
        <w:rPr>
          <w:lang w:val="pt-BR"/>
        </w:rPr>
        <w:t>t băng khánh thành.</w:t>
      </w:r>
    </w:p>
    <w:p w14:paraId="4DA02F93" w14:textId="3C5282F8" w:rsidR="00787A81" w:rsidRPr="00E16F9C" w:rsidRDefault="003B1EA0" w:rsidP="00536FC1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08h27 - 08h30: Nghi th</w:t>
      </w:r>
      <w:r w:rsidRPr="00E16F9C">
        <w:rPr>
          <w:lang w:val="pt-BR"/>
        </w:rPr>
        <w:t>ứ</w:t>
      </w:r>
      <w:r w:rsidRPr="00E16F9C">
        <w:rPr>
          <w:lang w:val="pt-BR"/>
        </w:rPr>
        <w:t>c đánh t</w:t>
      </w:r>
      <w:r w:rsidRPr="00E16F9C">
        <w:rPr>
          <w:lang w:val="pt-BR"/>
        </w:rPr>
        <w:t>r</w:t>
      </w:r>
      <w:r w:rsidRPr="00E16F9C">
        <w:rPr>
          <w:lang w:val="pt-BR"/>
        </w:rPr>
        <w:t>ố</w:t>
      </w:r>
      <w:r w:rsidRPr="00E16F9C">
        <w:rPr>
          <w:lang w:val="pt-BR"/>
        </w:rPr>
        <w:t>ng khai gi</w:t>
      </w:r>
      <w:r w:rsidRPr="00E16F9C">
        <w:rPr>
          <w:lang w:val="pt-BR"/>
        </w:rPr>
        <w:t>ả</w:t>
      </w:r>
      <w:r w:rsidRPr="00E16F9C">
        <w:rPr>
          <w:lang w:val="pt-BR"/>
        </w:rPr>
        <w:t>ng. Các đ</w:t>
      </w:r>
      <w:r w:rsidRPr="00E16F9C">
        <w:rPr>
          <w:lang w:val="pt-BR"/>
        </w:rPr>
        <w:t>ồ</w:t>
      </w:r>
      <w:r w:rsidRPr="00E16F9C">
        <w:rPr>
          <w:lang w:val="pt-BR"/>
        </w:rPr>
        <w:t>ng chí cán b</w:t>
      </w:r>
      <w:r w:rsidRPr="00E16F9C">
        <w:rPr>
          <w:lang w:val="pt-BR"/>
        </w:rPr>
        <w:t>ộ</w:t>
      </w:r>
      <w:r w:rsidRPr="00E16F9C">
        <w:rPr>
          <w:lang w:val="pt-BR"/>
        </w:rPr>
        <w:t xml:space="preserve"> qu</w:t>
      </w:r>
      <w:r w:rsidRPr="00E16F9C">
        <w:rPr>
          <w:lang w:val="pt-BR"/>
        </w:rPr>
        <w:t>ả</w:t>
      </w:r>
      <w:r w:rsidRPr="00E16F9C">
        <w:rPr>
          <w:lang w:val="pt-BR"/>
        </w:rPr>
        <w:t>n lý đư</w:t>
      </w:r>
      <w:r w:rsidRPr="00E16F9C">
        <w:rPr>
          <w:lang w:val="pt-BR"/>
        </w:rPr>
        <w:t>ợ</w:t>
      </w:r>
      <w:r w:rsidRPr="00E16F9C">
        <w:rPr>
          <w:lang w:val="pt-BR"/>
        </w:rPr>
        <w:t>c phân công t</w:t>
      </w:r>
      <w:r w:rsidRPr="00E16F9C">
        <w:rPr>
          <w:lang w:val="pt-BR"/>
        </w:rPr>
        <w:t>ạ</w:t>
      </w:r>
      <w:r w:rsidRPr="00E16F9C">
        <w:rPr>
          <w:lang w:val="pt-BR"/>
        </w:rPr>
        <w:t>i Đi</w:t>
      </w:r>
      <w:r w:rsidRPr="00E16F9C">
        <w:rPr>
          <w:lang w:val="pt-BR"/>
        </w:rPr>
        <w:t>ể</w:t>
      </w:r>
      <w:r w:rsidRPr="00E16F9C">
        <w:rPr>
          <w:lang w:val="pt-BR"/>
        </w:rPr>
        <w:t xml:space="preserve">m chính và 2 </w:t>
      </w:r>
      <w:r w:rsidR="005F7C60">
        <w:rPr>
          <w:lang w:val="pt-BR"/>
        </w:rPr>
        <w:t>p</w:t>
      </w:r>
      <w:r w:rsidRPr="00E16F9C">
        <w:rPr>
          <w:lang w:val="pt-BR"/>
        </w:rPr>
        <w:t>hân hi</w:t>
      </w:r>
      <w:r w:rsidRPr="00E16F9C">
        <w:rPr>
          <w:lang w:val="pt-BR"/>
        </w:rPr>
        <w:t>ệ</w:t>
      </w:r>
      <w:r w:rsidRPr="00E16F9C">
        <w:rPr>
          <w:lang w:val="pt-BR"/>
        </w:rPr>
        <w:t>u s</w:t>
      </w:r>
      <w:r w:rsidRPr="00E16F9C">
        <w:rPr>
          <w:lang w:val="pt-BR"/>
        </w:rPr>
        <w:t>ẽ</w:t>
      </w:r>
      <w:r w:rsidRPr="00E16F9C">
        <w:rPr>
          <w:lang w:val="pt-BR"/>
        </w:rPr>
        <w:t xml:space="preserve"> đánh tr</w:t>
      </w:r>
      <w:r w:rsidRPr="00E16F9C">
        <w:rPr>
          <w:lang w:val="pt-BR"/>
        </w:rPr>
        <w:t>ố</w:t>
      </w:r>
      <w:r w:rsidRPr="00E16F9C">
        <w:rPr>
          <w:lang w:val="pt-BR"/>
        </w:rPr>
        <w:t>ng đ</w:t>
      </w:r>
      <w:r w:rsidRPr="00E16F9C">
        <w:rPr>
          <w:lang w:val="pt-BR"/>
        </w:rPr>
        <w:t>ồ</w:t>
      </w:r>
      <w:r w:rsidRPr="00E16F9C">
        <w:rPr>
          <w:lang w:val="pt-BR"/>
        </w:rPr>
        <w:t>ng th</w:t>
      </w:r>
      <w:r w:rsidRPr="00E16F9C">
        <w:rPr>
          <w:lang w:val="pt-BR"/>
        </w:rPr>
        <w:t>ờ</w:t>
      </w:r>
      <w:r w:rsidRPr="00E16F9C">
        <w:rPr>
          <w:lang w:val="pt-BR"/>
        </w:rPr>
        <w:t>i v</w:t>
      </w:r>
      <w:r w:rsidRPr="00E16F9C">
        <w:rPr>
          <w:lang w:val="pt-BR"/>
        </w:rPr>
        <w:t>ớ</w:t>
      </w:r>
      <w:r w:rsidRPr="00E16F9C">
        <w:rPr>
          <w:lang w:val="pt-BR"/>
        </w:rPr>
        <w:t>i Đi</w:t>
      </w:r>
      <w:r w:rsidRPr="00E16F9C">
        <w:rPr>
          <w:lang w:val="pt-BR"/>
        </w:rPr>
        <w:t>ể</w:t>
      </w:r>
      <w:r w:rsidRPr="00E16F9C">
        <w:rPr>
          <w:lang w:val="pt-BR"/>
        </w:rPr>
        <w:t>m c</w:t>
      </w:r>
      <w:r w:rsidRPr="00E16F9C">
        <w:rPr>
          <w:lang w:val="pt-BR"/>
        </w:rPr>
        <w:t>ầ</w:t>
      </w:r>
      <w:r w:rsidRPr="00E16F9C">
        <w:rPr>
          <w:lang w:val="pt-BR"/>
        </w:rPr>
        <w:t>u trung tâm đ</w:t>
      </w:r>
      <w:r w:rsidRPr="00E16F9C">
        <w:rPr>
          <w:lang w:val="pt-BR"/>
        </w:rPr>
        <w:t>ể</w:t>
      </w:r>
      <w:r w:rsidRPr="00E16F9C">
        <w:rPr>
          <w:lang w:val="pt-BR"/>
        </w:rPr>
        <w:t xml:space="preserve"> t</w:t>
      </w:r>
      <w:r w:rsidRPr="00E16F9C">
        <w:rPr>
          <w:lang w:val="pt-BR"/>
        </w:rPr>
        <w:t>ạ</w:t>
      </w:r>
      <w:r w:rsidRPr="00E16F9C">
        <w:rPr>
          <w:lang w:val="pt-BR"/>
        </w:rPr>
        <w:t>o khí th</w:t>
      </w:r>
      <w:r w:rsidRPr="00E16F9C">
        <w:rPr>
          <w:lang w:val="pt-BR"/>
        </w:rPr>
        <w:t>ế</w:t>
      </w:r>
      <w:r w:rsidRPr="00E16F9C">
        <w:rPr>
          <w:lang w:val="pt-BR"/>
        </w:rPr>
        <w:t xml:space="preserve"> th</w:t>
      </w:r>
      <w:r w:rsidRPr="00E16F9C">
        <w:rPr>
          <w:lang w:val="pt-BR"/>
        </w:rPr>
        <w:t>ố</w:t>
      </w:r>
      <w:r w:rsidRPr="00E16F9C">
        <w:rPr>
          <w:lang w:val="pt-BR"/>
        </w:rPr>
        <w:t>ng nh</w:t>
      </w:r>
      <w:r w:rsidRPr="00E16F9C">
        <w:rPr>
          <w:lang w:val="pt-BR"/>
        </w:rPr>
        <w:t>ấ</w:t>
      </w:r>
      <w:r w:rsidRPr="00E16F9C">
        <w:rPr>
          <w:lang w:val="pt-BR"/>
        </w:rPr>
        <w:t>t đ</w:t>
      </w:r>
      <w:r w:rsidRPr="00E16F9C">
        <w:rPr>
          <w:lang w:val="pt-BR"/>
        </w:rPr>
        <w:t>ồ</w:t>
      </w:r>
      <w:r w:rsidRPr="00E16F9C">
        <w:rPr>
          <w:lang w:val="pt-BR"/>
        </w:rPr>
        <w:t>ng b</w:t>
      </w:r>
      <w:r w:rsidRPr="00E16F9C">
        <w:rPr>
          <w:lang w:val="pt-BR"/>
        </w:rPr>
        <w:t>ộ</w:t>
      </w:r>
      <w:r w:rsidRPr="00E16F9C">
        <w:rPr>
          <w:lang w:val="pt-BR"/>
        </w:rPr>
        <w:t>.</w:t>
      </w:r>
    </w:p>
    <w:p w14:paraId="154DF285" w14:textId="250983EE" w:rsidR="00787A81" w:rsidRPr="00E16F9C" w:rsidRDefault="003B1EA0" w:rsidP="00536FC1">
      <w:pPr>
        <w:spacing w:after="0"/>
        <w:ind w:firstLine="720"/>
        <w:jc w:val="both"/>
        <w:rPr>
          <w:lang w:val="pt-BR"/>
        </w:rPr>
      </w:pPr>
      <w:r w:rsidRPr="000649B1">
        <w:rPr>
          <w:b/>
          <w:bCs/>
          <w:lang w:val="pt-BR"/>
        </w:rPr>
        <w:t xml:space="preserve">3. </w:t>
      </w:r>
      <w:r w:rsidR="0074344F" w:rsidRPr="000649B1">
        <w:rPr>
          <w:b/>
          <w:bCs/>
          <w:lang w:val="pt-BR"/>
        </w:rPr>
        <w:t>Từ</w:t>
      </w:r>
      <w:r w:rsidRPr="000649B1">
        <w:rPr>
          <w:b/>
          <w:bCs/>
          <w:lang w:val="pt-BR"/>
        </w:rPr>
        <w:t xml:space="preserve"> 08h30</w:t>
      </w:r>
      <w:r w:rsidR="0074344F" w:rsidRPr="000649B1">
        <w:rPr>
          <w:b/>
          <w:bCs/>
          <w:lang w:val="pt-BR"/>
        </w:rPr>
        <w:t xml:space="preserve"> - 09h30</w:t>
      </w:r>
      <w:r w:rsidRPr="000649B1">
        <w:rPr>
          <w:b/>
          <w:bCs/>
          <w:lang w:val="pt-BR"/>
        </w:rPr>
        <w:t>:</w:t>
      </w:r>
      <w:r w:rsidRPr="00E16F9C">
        <w:rPr>
          <w:lang w:val="pt-BR"/>
        </w:rPr>
        <w:t xml:space="preserve"> Sinh ho</w:t>
      </w:r>
      <w:r w:rsidRPr="00E16F9C">
        <w:rPr>
          <w:lang w:val="pt-BR"/>
        </w:rPr>
        <w:t>ạ</w:t>
      </w:r>
      <w:r w:rsidRPr="00E16F9C">
        <w:rPr>
          <w:lang w:val="pt-BR"/>
        </w:rPr>
        <w:t>t đ</w:t>
      </w:r>
      <w:r w:rsidRPr="00E16F9C">
        <w:rPr>
          <w:lang w:val="pt-BR"/>
        </w:rPr>
        <w:t>ầ</w:t>
      </w:r>
      <w:r w:rsidRPr="00E16F9C">
        <w:rPr>
          <w:lang w:val="pt-BR"/>
        </w:rPr>
        <w:t>u năm h</w:t>
      </w:r>
      <w:r w:rsidRPr="00E16F9C">
        <w:rPr>
          <w:lang w:val="pt-BR"/>
        </w:rPr>
        <w:t>ọ</w:t>
      </w:r>
      <w:r w:rsidRPr="00E16F9C">
        <w:rPr>
          <w:lang w:val="pt-BR"/>
        </w:rPr>
        <w:t>c</w:t>
      </w:r>
    </w:p>
    <w:p w14:paraId="6A5DA32B" w14:textId="64C4F917" w:rsidR="00787A81" w:rsidRPr="008C7EEF" w:rsidRDefault="003B1EA0" w:rsidP="008C7EEF">
      <w:pPr>
        <w:spacing w:after="0"/>
        <w:ind w:firstLine="720"/>
        <w:jc w:val="both"/>
        <w:rPr>
          <w:lang w:val="pt-BR"/>
        </w:rPr>
      </w:pPr>
      <w:r w:rsidRPr="008C7EEF">
        <w:rPr>
          <w:lang w:val="pt-BR"/>
        </w:rPr>
        <w:t>Giáo viên ch</w:t>
      </w:r>
      <w:r w:rsidRPr="008C7EEF">
        <w:rPr>
          <w:lang w:val="pt-BR"/>
        </w:rPr>
        <w:t>ủ</w:t>
      </w:r>
      <w:r w:rsidRPr="008C7EEF">
        <w:rPr>
          <w:lang w:val="pt-BR"/>
        </w:rPr>
        <w:t xml:space="preserve"> nhi</w:t>
      </w:r>
      <w:r w:rsidRPr="008C7EEF">
        <w:rPr>
          <w:lang w:val="pt-BR"/>
        </w:rPr>
        <w:t>ệ</w:t>
      </w:r>
      <w:r w:rsidRPr="008C7EEF">
        <w:rPr>
          <w:lang w:val="pt-BR"/>
        </w:rPr>
        <w:t xml:space="preserve">m </w:t>
      </w:r>
      <w:r w:rsidR="008C7EEF" w:rsidRPr="008C7EEF">
        <w:rPr>
          <w:lang w:val="pt-BR"/>
        </w:rPr>
        <w:t>th</w:t>
      </w:r>
      <w:r w:rsidR="008C7EEF">
        <w:rPr>
          <w:lang w:val="pt-BR"/>
        </w:rPr>
        <w:t>ực hiện một số nội dung đầu năm học theo chương trình gợi ý gửi kèm.</w:t>
      </w:r>
    </w:p>
    <w:p w14:paraId="074002C9" w14:textId="4D2B1E9A" w:rsidR="0074344F" w:rsidRPr="0074344F" w:rsidRDefault="0074344F" w:rsidP="008C7EEF">
      <w:pPr>
        <w:spacing w:after="0"/>
        <w:ind w:firstLine="720"/>
        <w:jc w:val="both"/>
        <w:rPr>
          <w:bCs/>
          <w:lang w:val="pt-BR"/>
        </w:rPr>
      </w:pPr>
      <w:r w:rsidRPr="000649B1">
        <w:rPr>
          <w:b/>
          <w:lang w:val="pt-BR"/>
        </w:rPr>
        <w:t>4. Từ 10h - 11h30</w:t>
      </w:r>
      <w:r w:rsidR="000649B1">
        <w:rPr>
          <w:b/>
          <w:lang w:val="pt-BR"/>
        </w:rPr>
        <w:t>:</w:t>
      </w:r>
      <w:r>
        <w:rPr>
          <w:bCs/>
          <w:lang w:val="pt-BR"/>
        </w:rPr>
        <w:t xml:space="preserve"> Họp Hội đồng sư phạm nhà trường tháng 9/2026 tại Trường chính (Nhà Đa năng).</w:t>
      </w:r>
    </w:p>
    <w:p w14:paraId="408A4DD4" w14:textId="62C6FF60" w:rsidR="00787A81" w:rsidRPr="00E16F9C" w:rsidRDefault="003B1EA0" w:rsidP="000649B1">
      <w:pPr>
        <w:spacing w:after="0"/>
        <w:ind w:firstLine="720"/>
        <w:jc w:val="both"/>
        <w:rPr>
          <w:lang w:val="pt-BR"/>
        </w:rPr>
      </w:pPr>
      <w:r w:rsidRPr="00E16F9C">
        <w:rPr>
          <w:b/>
          <w:lang w:val="pt-BR"/>
        </w:rPr>
        <w:t>V. T</w:t>
      </w:r>
      <w:r w:rsidRPr="00E16F9C">
        <w:rPr>
          <w:b/>
          <w:lang w:val="pt-BR"/>
        </w:rPr>
        <w:t>Ổ</w:t>
      </w:r>
      <w:r w:rsidRPr="00E16F9C">
        <w:rPr>
          <w:b/>
          <w:lang w:val="pt-BR"/>
        </w:rPr>
        <w:t xml:space="preserve"> CH</w:t>
      </w:r>
      <w:r w:rsidRPr="00E16F9C">
        <w:rPr>
          <w:b/>
          <w:lang w:val="pt-BR"/>
        </w:rPr>
        <w:t>Ứ</w:t>
      </w:r>
      <w:r w:rsidRPr="00E16F9C">
        <w:rPr>
          <w:b/>
          <w:lang w:val="pt-BR"/>
        </w:rPr>
        <w:t>C TH</w:t>
      </w:r>
      <w:r w:rsidRPr="00E16F9C">
        <w:rPr>
          <w:b/>
          <w:lang w:val="pt-BR"/>
        </w:rPr>
        <w:t>Ự</w:t>
      </w:r>
      <w:r w:rsidRPr="00E16F9C">
        <w:rPr>
          <w:b/>
          <w:lang w:val="pt-BR"/>
        </w:rPr>
        <w:t>C HI</w:t>
      </w:r>
      <w:r w:rsidRPr="00E16F9C">
        <w:rPr>
          <w:b/>
          <w:lang w:val="pt-BR"/>
        </w:rPr>
        <w:t>Ệ</w:t>
      </w:r>
      <w:r w:rsidRPr="00E16F9C">
        <w:rPr>
          <w:b/>
          <w:lang w:val="pt-BR"/>
        </w:rPr>
        <w:t>N VÀ PHÂN CÔNG NHI</w:t>
      </w:r>
      <w:r w:rsidRPr="00E16F9C">
        <w:rPr>
          <w:b/>
          <w:lang w:val="pt-BR"/>
        </w:rPr>
        <w:t>Ệ</w:t>
      </w:r>
      <w:r w:rsidRPr="00E16F9C">
        <w:rPr>
          <w:b/>
          <w:lang w:val="pt-BR"/>
        </w:rPr>
        <w:t>M V</w:t>
      </w:r>
      <w:r w:rsidRPr="00E16F9C">
        <w:rPr>
          <w:b/>
          <w:lang w:val="pt-BR"/>
        </w:rPr>
        <w:t>Ụ</w:t>
      </w:r>
    </w:p>
    <w:p w14:paraId="14D8978F" w14:textId="02FBFA3A" w:rsidR="00787A81" w:rsidRPr="000649B1" w:rsidRDefault="003B1EA0" w:rsidP="008C7EEF">
      <w:pPr>
        <w:spacing w:after="0"/>
        <w:ind w:firstLine="720"/>
        <w:jc w:val="both"/>
        <w:rPr>
          <w:b/>
          <w:bCs/>
          <w:i/>
          <w:iCs/>
          <w:lang w:val="pt-BR"/>
        </w:rPr>
      </w:pPr>
      <w:r w:rsidRPr="000649B1">
        <w:rPr>
          <w:b/>
          <w:bCs/>
          <w:i/>
          <w:iCs/>
          <w:lang w:val="pt-BR"/>
        </w:rPr>
        <w:t xml:space="preserve">1. </w:t>
      </w:r>
      <w:r w:rsidR="0074344F" w:rsidRPr="000649B1">
        <w:rPr>
          <w:b/>
          <w:bCs/>
          <w:i/>
          <w:iCs/>
          <w:lang w:val="pt-BR"/>
        </w:rPr>
        <w:t>Lãnh đạo nhà trường</w:t>
      </w:r>
      <w:r w:rsidRPr="000649B1">
        <w:rPr>
          <w:b/>
          <w:bCs/>
          <w:i/>
          <w:iCs/>
          <w:lang w:val="pt-BR"/>
        </w:rPr>
        <w:t>:</w:t>
      </w:r>
    </w:p>
    <w:p w14:paraId="543AFEBF" w14:textId="2F2B9129" w:rsidR="00787A81" w:rsidRPr="00E16F9C" w:rsidRDefault="003B1EA0" w:rsidP="008C7EEF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Đ</w:t>
      </w:r>
      <w:r w:rsidRPr="00E16F9C">
        <w:rPr>
          <w:lang w:val="pt-BR"/>
        </w:rPr>
        <w:t>ồ</w:t>
      </w:r>
      <w:r w:rsidRPr="00E16F9C">
        <w:rPr>
          <w:lang w:val="pt-BR"/>
        </w:rPr>
        <w:t xml:space="preserve">ng chí </w:t>
      </w:r>
      <w:r w:rsidR="00FA27A3">
        <w:rPr>
          <w:lang w:val="pt-BR"/>
        </w:rPr>
        <w:t xml:space="preserve">Trần Quyết Thắng - </w:t>
      </w:r>
      <w:r w:rsidRPr="00E16F9C">
        <w:rPr>
          <w:lang w:val="pt-BR"/>
        </w:rPr>
        <w:t>Hi</w:t>
      </w:r>
      <w:r w:rsidRPr="00E16F9C">
        <w:rPr>
          <w:lang w:val="pt-BR"/>
        </w:rPr>
        <w:t>ệ</w:t>
      </w:r>
      <w:r w:rsidRPr="00E16F9C">
        <w:rPr>
          <w:lang w:val="pt-BR"/>
        </w:rPr>
        <w:t>u trư</w:t>
      </w:r>
      <w:r w:rsidRPr="00E16F9C">
        <w:rPr>
          <w:lang w:val="pt-BR"/>
        </w:rPr>
        <w:t>ở</w:t>
      </w:r>
      <w:r w:rsidRPr="00E16F9C">
        <w:rPr>
          <w:lang w:val="pt-BR"/>
        </w:rPr>
        <w:t xml:space="preserve">ng: </w:t>
      </w:r>
      <w:r w:rsidRPr="00E16F9C">
        <w:rPr>
          <w:lang w:val="pt-BR"/>
        </w:rPr>
        <w:t>Ph</w:t>
      </w:r>
      <w:r w:rsidRPr="00E16F9C">
        <w:rPr>
          <w:lang w:val="pt-BR"/>
        </w:rPr>
        <w:t>ụ</w:t>
      </w:r>
      <w:r w:rsidRPr="00E16F9C">
        <w:rPr>
          <w:lang w:val="pt-BR"/>
        </w:rPr>
        <w:t xml:space="preserve"> trách chung, tr</w:t>
      </w:r>
      <w:r w:rsidRPr="00E16F9C">
        <w:rPr>
          <w:lang w:val="pt-BR"/>
        </w:rPr>
        <w:t>ự</w:t>
      </w:r>
      <w:r w:rsidRPr="00E16F9C">
        <w:rPr>
          <w:lang w:val="pt-BR"/>
        </w:rPr>
        <w:t>c ti</w:t>
      </w:r>
      <w:r w:rsidRPr="00E16F9C">
        <w:rPr>
          <w:lang w:val="pt-BR"/>
        </w:rPr>
        <w:t>ế</w:t>
      </w:r>
      <w:r w:rsidRPr="00E16F9C">
        <w:rPr>
          <w:lang w:val="pt-BR"/>
        </w:rPr>
        <w:t>p</w:t>
      </w:r>
      <w:r w:rsidR="00FA27A3">
        <w:rPr>
          <w:lang w:val="pt-BR"/>
        </w:rPr>
        <w:t xml:space="preserve"> chỉ đạo,</w:t>
      </w:r>
      <w:r w:rsidRPr="00E16F9C">
        <w:rPr>
          <w:lang w:val="pt-BR"/>
        </w:rPr>
        <w:t xml:space="preserve"> đi</w:t>
      </w:r>
      <w:r w:rsidRPr="00E16F9C">
        <w:rPr>
          <w:lang w:val="pt-BR"/>
        </w:rPr>
        <w:t>ề</w:t>
      </w:r>
      <w:r w:rsidRPr="00E16F9C">
        <w:rPr>
          <w:lang w:val="pt-BR"/>
        </w:rPr>
        <w:t>u hành và th</w:t>
      </w:r>
      <w:r w:rsidRPr="00E16F9C">
        <w:rPr>
          <w:lang w:val="pt-BR"/>
        </w:rPr>
        <w:t>ự</w:t>
      </w:r>
      <w:r w:rsidRPr="00E16F9C">
        <w:rPr>
          <w:lang w:val="pt-BR"/>
        </w:rPr>
        <w:t>c hi</w:t>
      </w:r>
      <w:r w:rsidRPr="00E16F9C">
        <w:rPr>
          <w:lang w:val="pt-BR"/>
        </w:rPr>
        <w:t>ệ</w:t>
      </w:r>
      <w:r w:rsidRPr="00E16F9C">
        <w:rPr>
          <w:lang w:val="pt-BR"/>
        </w:rPr>
        <w:t>n nghi th</w:t>
      </w:r>
      <w:r w:rsidRPr="00E16F9C">
        <w:rPr>
          <w:lang w:val="pt-BR"/>
        </w:rPr>
        <w:t>ứ</w:t>
      </w:r>
      <w:r w:rsidRPr="00E16F9C">
        <w:rPr>
          <w:lang w:val="pt-BR"/>
        </w:rPr>
        <w:t>c đánh tr</w:t>
      </w:r>
      <w:r w:rsidRPr="00E16F9C">
        <w:rPr>
          <w:lang w:val="pt-BR"/>
        </w:rPr>
        <w:t>ố</w:t>
      </w:r>
      <w:r w:rsidRPr="00E16F9C">
        <w:rPr>
          <w:lang w:val="pt-BR"/>
        </w:rPr>
        <w:t>ng khai gi</w:t>
      </w:r>
      <w:r w:rsidRPr="00E16F9C">
        <w:rPr>
          <w:lang w:val="pt-BR"/>
        </w:rPr>
        <w:t>ả</w:t>
      </w:r>
      <w:r w:rsidRPr="00E16F9C">
        <w:rPr>
          <w:lang w:val="pt-BR"/>
        </w:rPr>
        <w:t>ng t</w:t>
      </w:r>
      <w:r w:rsidRPr="00E16F9C">
        <w:rPr>
          <w:lang w:val="pt-BR"/>
        </w:rPr>
        <w:t>ạ</w:t>
      </w:r>
      <w:r w:rsidRPr="00E16F9C">
        <w:rPr>
          <w:lang w:val="pt-BR"/>
        </w:rPr>
        <w:t>i Đi</w:t>
      </w:r>
      <w:r w:rsidRPr="00E16F9C">
        <w:rPr>
          <w:lang w:val="pt-BR"/>
        </w:rPr>
        <w:t>ể</w:t>
      </w:r>
      <w:r w:rsidRPr="00E16F9C">
        <w:rPr>
          <w:lang w:val="pt-BR"/>
        </w:rPr>
        <w:t>m trư</w:t>
      </w:r>
      <w:r w:rsidRPr="00E16F9C">
        <w:rPr>
          <w:lang w:val="pt-BR"/>
        </w:rPr>
        <w:t>ờ</w:t>
      </w:r>
      <w:r w:rsidRPr="00E16F9C">
        <w:rPr>
          <w:lang w:val="pt-BR"/>
        </w:rPr>
        <w:t>ng chính (THCS Ninh Giang</w:t>
      </w:r>
      <w:r w:rsidR="0074344F">
        <w:rPr>
          <w:lang w:val="pt-BR"/>
        </w:rPr>
        <w:t xml:space="preserve"> trước sắp xếp</w:t>
      </w:r>
      <w:r w:rsidRPr="00E16F9C">
        <w:rPr>
          <w:lang w:val="pt-BR"/>
        </w:rPr>
        <w:t>).</w:t>
      </w:r>
      <w:r w:rsidR="00FA27A3" w:rsidRPr="00E16F9C">
        <w:rPr>
          <w:lang w:val="pt-BR"/>
        </w:rPr>
        <w:t xml:space="preserve"> Phối hợp với y tế địa phương đảm bảo sơ cấp cứu, vệ sinh môi trường, nước uống, an toàn thực phẩm</w:t>
      </w:r>
      <w:r w:rsidR="00FA27A3">
        <w:rPr>
          <w:lang w:val="pt-BR"/>
        </w:rPr>
        <w:t xml:space="preserve"> (nếu có); </w:t>
      </w:r>
      <w:r w:rsidR="000649B1" w:rsidRPr="00E16F9C">
        <w:rPr>
          <w:lang w:val="pt-BR"/>
        </w:rPr>
        <w:t>Phối hợp với Công an phường để lên phương án phân luồng giao thông trước cổng trường tại 3 địa điểm, tránh ùn tắc, đảm bảo an toàn giao thông, an ninh trật tự và phòng cháy chữa cháy</w:t>
      </w:r>
      <w:r w:rsidR="00FA27A3">
        <w:rPr>
          <w:lang w:val="pt-BR"/>
        </w:rPr>
        <w:t xml:space="preserve"> (tại trường chính và các phân hiệu)</w:t>
      </w:r>
      <w:r w:rsidR="00FA27A3" w:rsidRPr="00E16F9C">
        <w:rPr>
          <w:lang w:val="pt-BR"/>
        </w:rPr>
        <w:t>.</w:t>
      </w:r>
    </w:p>
    <w:p w14:paraId="764BCF42" w14:textId="25051CF8" w:rsidR="00787A81" w:rsidRPr="00E16F9C" w:rsidRDefault="003B1EA0" w:rsidP="008C7EEF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Đ</w:t>
      </w:r>
      <w:r w:rsidRPr="00E16F9C">
        <w:rPr>
          <w:lang w:val="pt-BR"/>
        </w:rPr>
        <w:t>ồ</w:t>
      </w:r>
      <w:r w:rsidRPr="00E16F9C">
        <w:rPr>
          <w:lang w:val="pt-BR"/>
        </w:rPr>
        <w:t xml:space="preserve">ng chí </w:t>
      </w:r>
      <w:r w:rsidR="00FA27A3">
        <w:rPr>
          <w:lang w:val="pt-BR"/>
        </w:rPr>
        <w:t xml:space="preserve">Nghuễn Hữu Nghị - </w:t>
      </w:r>
      <w:r w:rsidRPr="00E16F9C">
        <w:rPr>
          <w:lang w:val="pt-BR"/>
        </w:rPr>
        <w:t>Phó Hi</w:t>
      </w:r>
      <w:r w:rsidRPr="00E16F9C">
        <w:rPr>
          <w:lang w:val="pt-BR"/>
        </w:rPr>
        <w:t>ệ</w:t>
      </w:r>
      <w:r w:rsidRPr="00E16F9C">
        <w:rPr>
          <w:lang w:val="pt-BR"/>
        </w:rPr>
        <w:t>u tr</w:t>
      </w:r>
      <w:r w:rsidRPr="00E16F9C">
        <w:rPr>
          <w:lang w:val="pt-BR"/>
        </w:rPr>
        <w:t>ư</w:t>
      </w:r>
      <w:r w:rsidRPr="00E16F9C">
        <w:rPr>
          <w:lang w:val="pt-BR"/>
        </w:rPr>
        <w:t>ở</w:t>
      </w:r>
      <w:r w:rsidRPr="00E16F9C">
        <w:rPr>
          <w:lang w:val="pt-BR"/>
        </w:rPr>
        <w:t>ng</w:t>
      </w:r>
      <w:r w:rsidR="00FA27A3">
        <w:rPr>
          <w:lang w:val="pt-BR"/>
        </w:rPr>
        <w:t>,</w:t>
      </w:r>
      <w:r w:rsidRPr="00E16F9C">
        <w:rPr>
          <w:lang w:val="pt-BR"/>
        </w:rPr>
        <w:t xml:space="preserve"> </w:t>
      </w:r>
      <w:r w:rsidR="0074344F">
        <w:rPr>
          <w:lang w:val="pt-BR"/>
        </w:rPr>
        <w:t xml:space="preserve">Phụ trách Phân hiệu </w:t>
      </w:r>
      <w:r w:rsidRPr="00E16F9C">
        <w:rPr>
          <w:lang w:val="pt-BR"/>
        </w:rPr>
        <w:t>1: Tr</w:t>
      </w:r>
      <w:r w:rsidRPr="00E16F9C">
        <w:rPr>
          <w:lang w:val="pt-BR"/>
        </w:rPr>
        <w:t>ự</w:t>
      </w:r>
      <w:r w:rsidRPr="00E16F9C">
        <w:rPr>
          <w:lang w:val="pt-BR"/>
        </w:rPr>
        <w:t>c ti</w:t>
      </w:r>
      <w:r w:rsidRPr="00E16F9C">
        <w:rPr>
          <w:lang w:val="pt-BR"/>
        </w:rPr>
        <w:t>ế</w:t>
      </w:r>
      <w:r w:rsidRPr="00E16F9C">
        <w:rPr>
          <w:lang w:val="pt-BR"/>
        </w:rPr>
        <w:t>p ph</w:t>
      </w:r>
      <w:r w:rsidRPr="00E16F9C">
        <w:rPr>
          <w:lang w:val="pt-BR"/>
        </w:rPr>
        <w:t>ụ</w:t>
      </w:r>
      <w:r w:rsidRPr="00E16F9C">
        <w:rPr>
          <w:lang w:val="pt-BR"/>
        </w:rPr>
        <w:t xml:space="preserve"> trách,</w:t>
      </w:r>
      <w:r w:rsidR="00FA27A3">
        <w:rPr>
          <w:lang w:val="pt-BR"/>
        </w:rPr>
        <w:t xml:space="preserve"> chỉ đạo</w:t>
      </w:r>
      <w:r w:rsidRPr="00E16F9C">
        <w:rPr>
          <w:lang w:val="pt-BR"/>
        </w:rPr>
        <w:t xml:space="preserve"> đi</w:t>
      </w:r>
      <w:r w:rsidRPr="00E16F9C">
        <w:rPr>
          <w:lang w:val="pt-BR"/>
        </w:rPr>
        <w:t>ề</w:t>
      </w:r>
      <w:r w:rsidRPr="00E16F9C">
        <w:rPr>
          <w:lang w:val="pt-BR"/>
        </w:rPr>
        <w:t>u hành và đánh tr</w:t>
      </w:r>
      <w:r w:rsidRPr="00E16F9C">
        <w:rPr>
          <w:lang w:val="pt-BR"/>
        </w:rPr>
        <w:t>ố</w:t>
      </w:r>
      <w:r w:rsidRPr="00E16F9C">
        <w:rPr>
          <w:lang w:val="pt-BR"/>
        </w:rPr>
        <w:t>ng khai gi</w:t>
      </w:r>
      <w:r w:rsidRPr="00E16F9C">
        <w:rPr>
          <w:lang w:val="pt-BR"/>
        </w:rPr>
        <w:t>ả</w:t>
      </w:r>
      <w:r w:rsidRPr="00E16F9C">
        <w:rPr>
          <w:lang w:val="pt-BR"/>
        </w:rPr>
        <w:t>ng t</w:t>
      </w:r>
      <w:r w:rsidRPr="00E16F9C">
        <w:rPr>
          <w:lang w:val="pt-BR"/>
        </w:rPr>
        <w:t>ạ</w:t>
      </w:r>
      <w:r w:rsidRPr="00E16F9C">
        <w:rPr>
          <w:lang w:val="pt-BR"/>
        </w:rPr>
        <w:t>i Phân hi</w:t>
      </w:r>
      <w:r w:rsidRPr="00E16F9C">
        <w:rPr>
          <w:lang w:val="pt-BR"/>
        </w:rPr>
        <w:t>ệ</w:t>
      </w:r>
      <w:r w:rsidRPr="00E16F9C">
        <w:rPr>
          <w:lang w:val="pt-BR"/>
        </w:rPr>
        <w:t>u 1 (THCS Ninh Hòa</w:t>
      </w:r>
      <w:r w:rsidR="00FA27A3">
        <w:rPr>
          <w:lang w:val="pt-BR"/>
        </w:rPr>
        <w:t xml:space="preserve"> trước sắp xếp</w:t>
      </w:r>
      <w:r w:rsidRPr="00E16F9C">
        <w:rPr>
          <w:lang w:val="pt-BR"/>
        </w:rPr>
        <w:t>).</w:t>
      </w:r>
    </w:p>
    <w:p w14:paraId="555B0A11" w14:textId="71C2FC27" w:rsidR="00787A81" w:rsidRDefault="003B1EA0" w:rsidP="00D24643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Đ</w:t>
      </w:r>
      <w:r w:rsidRPr="00E16F9C">
        <w:rPr>
          <w:lang w:val="pt-BR"/>
        </w:rPr>
        <w:t>ồ</w:t>
      </w:r>
      <w:r w:rsidRPr="00E16F9C">
        <w:rPr>
          <w:lang w:val="pt-BR"/>
        </w:rPr>
        <w:t xml:space="preserve">ng chí </w:t>
      </w:r>
      <w:r w:rsidR="00FA27A3">
        <w:rPr>
          <w:lang w:val="pt-BR"/>
        </w:rPr>
        <w:t xml:space="preserve">Trần Trung Kiên - </w:t>
      </w:r>
      <w:r w:rsidRPr="00E16F9C">
        <w:rPr>
          <w:lang w:val="pt-BR"/>
        </w:rPr>
        <w:t>Phó Hi</w:t>
      </w:r>
      <w:r w:rsidRPr="00E16F9C">
        <w:rPr>
          <w:lang w:val="pt-BR"/>
        </w:rPr>
        <w:t>ệ</w:t>
      </w:r>
      <w:r w:rsidRPr="00E16F9C">
        <w:rPr>
          <w:lang w:val="pt-BR"/>
        </w:rPr>
        <w:t>u trư</w:t>
      </w:r>
      <w:r w:rsidRPr="00E16F9C">
        <w:rPr>
          <w:lang w:val="pt-BR"/>
        </w:rPr>
        <w:t>ở</w:t>
      </w:r>
      <w:r w:rsidRPr="00E16F9C">
        <w:rPr>
          <w:lang w:val="pt-BR"/>
        </w:rPr>
        <w:t xml:space="preserve">ng </w:t>
      </w:r>
      <w:r w:rsidR="00FA27A3">
        <w:rPr>
          <w:lang w:val="pt-BR"/>
        </w:rPr>
        <w:t xml:space="preserve">Phụ trách Phân hiệu </w:t>
      </w:r>
      <w:r w:rsidRPr="00E16F9C">
        <w:rPr>
          <w:lang w:val="pt-BR"/>
        </w:rPr>
        <w:t>2: Tr</w:t>
      </w:r>
      <w:r w:rsidRPr="00E16F9C">
        <w:rPr>
          <w:lang w:val="pt-BR"/>
        </w:rPr>
        <w:t>ự</w:t>
      </w:r>
      <w:r w:rsidRPr="00E16F9C">
        <w:rPr>
          <w:lang w:val="pt-BR"/>
        </w:rPr>
        <w:t>c ti</w:t>
      </w:r>
      <w:r w:rsidRPr="00E16F9C">
        <w:rPr>
          <w:lang w:val="pt-BR"/>
        </w:rPr>
        <w:t>ế</w:t>
      </w:r>
      <w:r w:rsidRPr="00E16F9C">
        <w:rPr>
          <w:lang w:val="pt-BR"/>
        </w:rPr>
        <w:t>p ph</w:t>
      </w:r>
      <w:r w:rsidRPr="00E16F9C">
        <w:rPr>
          <w:lang w:val="pt-BR"/>
        </w:rPr>
        <w:t>ụ</w:t>
      </w:r>
      <w:r w:rsidRPr="00E16F9C">
        <w:rPr>
          <w:lang w:val="pt-BR"/>
        </w:rPr>
        <w:t xml:space="preserve"> trách, </w:t>
      </w:r>
      <w:r w:rsidR="00FA27A3">
        <w:rPr>
          <w:lang w:val="pt-BR"/>
        </w:rPr>
        <w:t xml:space="preserve">chỉ đạo, </w:t>
      </w:r>
      <w:r w:rsidRPr="00E16F9C">
        <w:rPr>
          <w:lang w:val="pt-BR"/>
        </w:rPr>
        <w:t>đi</w:t>
      </w:r>
      <w:r w:rsidRPr="00E16F9C">
        <w:rPr>
          <w:lang w:val="pt-BR"/>
        </w:rPr>
        <w:t>ề</w:t>
      </w:r>
      <w:r w:rsidRPr="00E16F9C">
        <w:rPr>
          <w:lang w:val="pt-BR"/>
        </w:rPr>
        <w:t>u hành và đánh tr</w:t>
      </w:r>
      <w:r w:rsidRPr="00E16F9C">
        <w:rPr>
          <w:lang w:val="pt-BR"/>
        </w:rPr>
        <w:t>ố</w:t>
      </w:r>
      <w:r w:rsidRPr="00E16F9C">
        <w:rPr>
          <w:lang w:val="pt-BR"/>
        </w:rPr>
        <w:t>ng khai gi</w:t>
      </w:r>
      <w:r w:rsidRPr="00E16F9C">
        <w:rPr>
          <w:lang w:val="pt-BR"/>
        </w:rPr>
        <w:t>ả</w:t>
      </w:r>
      <w:r w:rsidRPr="00E16F9C">
        <w:rPr>
          <w:lang w:val="pt-BR"/>
        </w:rPr>
        <w:t>ng t</w:t>
      </w:r>
      <w:r w:rsidRPr="00E16F9C">
        <w:rPr>
          <w:lang w:val="pt-BR"/>
        </w:rPr>
        <w:t>ạ</w:t>
      </w:r>
      <w:r w:rsidRPr="00E16F9C">
        <w:rPr>
          <w:lang w:val="pt-BR"/>
        </w:rPr>
        <w:t>i Phân hi</w:t>
      </w:r>
      <w:r w:rsidRPr="00E16F9C">
        <w:rPr>
          <w:lang w:val="pt-BR"/>
        </w:rPr>
        <w:t>ệ</w:t>
      </w:r>
      <w:r w:rsidRPr="00E16F9C">
        <w:rPr>
          <w:lang w:val="pt-BR"/>
        </w:rPr>
        <w:t>u 2 (THCS Trư</w:t>
      </w:r>
      <w:r w:rsidRPr="00E16F9C">
        <w:rPr>
          <w:lang w:val="pt-BR"/>
        </w:rPr>
        <w:t>ờ</w:t>
      </w:r>
      <w:r w:rsidRPr="00E16F9C">
        <w:rPr>
          <w:lang w:val="pt-BR"/>
        </w:rPr>
        <w:t>ng Yên</w:t>
      </w:r>
      <w:r w:rsidR="00FA27A3">
        <w:rPr>
          <w:lang w:val="pt-BR"/>
        </w:rPr>
        <w:t xml:space="preserve"> trước sắp xếp</w:t>
      </w:r>
      <w:r w:rsidRPr="00E16F9C">
        <w:rPr>
          <w:lang w:val="pt-BR"/>
        </w:rPr>
        <w:t>).</w:t>
      </w:r>
    </w:p>
    <w:p w14:paraId="209E0804" w14:textId="1D473D75" w:rsidR="00787A81" w:rsidRPr="00E16F9C" w:rsidRDefault="003B1EA0" w:rsidP="00D24643">
      <w:pPr>
        <w:spacing w:after="0"/>
        <w:ind w:firstLine="720"/>
        <w:jc w:val="both"/>
        <w:rPr>
          <w:lang w:val="pt-BR"/>
        </w:rPr>
      </w:pPr>
      <w:r w:rsidRPr="000649B1">
        <w:rPr>
          <w:b/>
          <w:bCs/>
          <w:i/>
          <w:iCs/>
          <w:lang w:val="pt-BR"/>
        </w:rPr>
        <w:t>2. B</w:t>
      </w:r>
      <w:r w:rsidRPr="000649B1">
        <w:rPr>
          <w:b/>
          <w:bCs/>
          <w:i/>
          <w:iCs/>
          <w:lang w:val="pt-BR"/>
        </w:rPr>
        <w:t>ộ</w:t>
      </w:r>
      <w:r w:rsidRPr="000649B1">
        <w:rPr>
          <w:b/>
          <w:bCs/>
          <w:i/>
          <w:iCs/>
          <w:lang w:val="pt-BR"/>
        </w:rPr>
        <w:t xml:space="preserve"> ph</w:t>
      </w:r>
      <w:r w:rsidRPr="000649B1">
        <w:rPr>
          <w:b/>
          <w:bCs/>
          <w:i/>
          <w:iCs/>
          <w:lang w:val="pt-BR"/>
        </w:rPr>
        <w:t>ậ</w:t>
      </w:r>
      <w:r w:rsidRPr="000649B1">
        <w:rPr>
          <w:b/>
          <w:bCs/>
          <w:i/>
          <w:iCs/>
          <w:lang w:val="pt-BR"/>
        </w:rPr>
        <w:t xml:space="preserve">n </w:t>
      </w:r>
      <w:r w:rsidR="00D24643">
        <w:rPr>
          <w:b/>
          <w:bCs/>
          <w:i/>
          <w:iCs/>
          <w:lang w:val="pt-BR"/>
        </w:rPr>
        <w:t>trang trí khánh tiết, CSVC</w:t>
      </w:r>
      <w:r w:rsidRPr="000649B1">
        <w:rPr>
          <w:b/>
          <w:bCs/>
          <w:i/>
          <w:iCs/>
          <w:lang w:val="pt-BR"/>
        </w:rPr>
        <w:t xml:space="preserve"> - K</w:t>
      </w:r>
      <w:r w:rsidRPr="000649B1">
        <w:rPr>
          <w:b/>
          <w:bCs/>
          <w:i/>
          <w:iCs/>
          <w:lang w:val="pt-BR"/>
        </w:rPr>
        <w:t>ỹ</w:t>
      </w:r>
      <w:r w:rsidRPr="000649B1">
        <w:rPr>
          <w:b/>
          <w:bCs/>
          <w:i/>
          <w:iCs/>
          <w:lang w:val="pt-BR"/>
        </w:rPr>
        <w:t xml:space="preserve"> thu</w:t>
      </w:r>
      <w:r w:rsidRPr="000649B1">
        <w:rPr>
          <w:b/>
          <w:bCs/>
          <w:i/>
          <w:iCs/>
          <w:lang w:val="pt-BR"/>
        </w:rPr>
        <w:t>ậ</w:t>
      </w:r>
      <w:r w:rsidRPr="000649B1">
        <w:rPr>
          <w:b/>
          <w:bCs/>
          <w:i/>
          <w:iCs/>
          <w:lang w:val="pt-BR"/>
        </w:rPr>
        <w:t>t</w:t>
      </w:r>
      <w:r w:rsidR="00FC060D">
        <w:rPr>
          <w:b/>
          <w:bCs/>
          <w:i/>
          <w:iCs/>
          <w:lang w:val="pt-BR"/>
        </w:rPr>
        <w:t>, Lễ tân</w:t>
      </w:r>
      <w:r w:rsidR="00FA27A3" w:rsidRPr="000649B1">
        <w:rPr>
          <w:b/>
          <w:bCs/>
          <w:i/>
          <w:iCs/>
          <w:lang w:val="pt-BR"/>
        </w:rPr>
        <w:t xml:space="preserve"> tại các điểm trường/Phân hiệu trường</w:t>
      </w:r>
      <w:r w:rsidR="00FA27A3">
        <w:rPr>
          <w:lang w:val="pt-BR"/>
        </w:rPr>
        <w:t xml:space="preserve"> (do Lãnh đạo nhà trường Phụ trách điểm trường/Phân hiệu trường phân công)</w:t>
      </w:r>
      <w:r w:rsidRPr="00E16F9C">
        <w:rPr>
          <w:lang w:val="pt-BR"/>
        </w:rPr>
        <w:t>:</w:t>
      </w:r>
    </w:p>
    <w:p w14:paraId="69A6531F" w14:textId="0A2F9FA0" w:rsidR="00787A81" w:rsidRPr="00E16F9C" w:rsidRDefault="003B1EA0" w:rsidP="00D24643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Rà soát, đ</w:t>
      </w:r>
      <w:r w:rsidRPr="00E16F9C">
        <w:rPr>
          <w:lang w:val="pt-BR"/>
        </w:rPr>
        <w:t>ả</w:t>
      </w:r>
      <w:r w:rsidRPr="00E16F9C">
        <w:rPr>
          <w:lang w:val="pt-BR"/>
        </w:rPr>
        <w:t>m b</w:t>
      </w:r>
      <w:r w:rsidRPr="00E16F9C">
        <w:rPr>
          <w:lang w:val="pt-BR"/>
        </w:rPr>
        <w:t>ả</w:t>
      </w:r>
      <w:r w:rsidRPr="00E16F9C">
        <w:rPr>
          <w:lang w:val="pt-BR"/>
        </w:rPr>
        <w:t xml:space="preserve">o các </w:t>
      </w:r>
      <w:r w:rsidRPr="00E16F9C">
        <w:rPr>
          <w:lang w:val="pt-BR"/>
        </w:rPr>
        <w:t>đi</w:t>
      </w:r>
      <w:r w:rsidRPr="00E16F9C">
        <w:rPr>
          <w:lang w:val="pt-BR"/>
        </w:rPr>
        <w:t>ề</w:t>
      </w:r>
      <w:r w:rsidRPr="00E16F9C">
        <w:rPr>
          <w:lang w:val="pt-BR"/>
        </w:rPr>
        <w:t>u ki</w:t>
      </w:r>
      <w:r w:rsidRPr="00E16F9C">
        <w:rPr>
          <w:lang w:val="pt-BR"/>
        </w:rPr>
        <w:t>ệ</w:t>
      </w:r>
      <w:r w:rsidRPr="00E16F9C">
        <w:rPr>
          <w:lang w:val="pt-BR"/>
        </w:rPr>
        <w:t>n cơ s</w:t>
      </w:r>
      <w:r w:rsidRPr="00E16F9C">
        <w:rPr>
          <w:lang w:val="pt-BR"/>
        </w:rPr>
        <w:t>ở</w:t>
      </w:r>
      <w:r w:rsidRPr="00E16F9C">
        <w:rPr>
          <w:lang w:val="pt-BR"/>
        </w:rPr>
        <w:t xml:space="preserve"> v</w:t>
      </w:r>
      <w:r w:rsidRPr="00E16F9C">
        <w:rPr>
          <w:lang w:val="pt-BR"/>
        </w:rPr>
        <w:t>ậ</w:t>
      </w:r>
      <w:r w:rsidRPr="00E16F9C">
        <w:rPr>
          <w:lang w:val="pt-BR"/>
        </w:rPr>
        <w:t>t ch</w:t>
      </w:r>
      <w:r w:rsidRPr="00E16F9C">
        <w:rPr>
          <w:lang w:val="pt-BR"/>
        </w:rPr>
        <w:t>ấ</w:t>
      </w:r>
      <w:r w:rsidRPr="00E16F9C">
        <w:rPr>
          <w:lang w:val="pt-BR"/>
        </w:rPr>
        <w:t>t: đi</w:t>
      </w:r>
      <w:r w:rsidRPr="00E16F9C">
        <w:rPr>
          <w:lang w:val="pt-BR"/>
        </w:rPr>
        <w:t>ệ</w:t>
      </w:r>
      <w:r w:rsidRPr="00E16F9C">
        <w:rPr>
          <w:lang w:val="pt-BR"/>
        </w:rPr>
        <w:t>n, âm thanh, ánh sáng, tivi/màn hình LED, đ</w:t>
      </w:r>
      <w:r w:rsidRPr="00E16F9C">
        <w:rPr>
          <w:lang w:val="pt-BR"/>
        </w:rPr>
        <w:t>ặ</w:t>
      </w:r>
      <w:r w:rsidRPr="00E16F9C">
        <w:rPr>
          <w:lang w:val="pt-BR"/>
        </w:rPr>
        <w:t>c bi</w:t>
      </w:r>
      <w:r w:rsidRPr="00E16F9C">
        <w:rPr>
          <w:lang w:val="pt-BR"/>
        </w:rPr>
        <w:t>ệ</w:t>
      </w:r>
      <w:r w:rsidRPr="00E16F9C">
        <w:rPr>
          <w:lang w:val="pt-BR"/>
        </w:rPr>
        <w:t>t là đư</w:t>
      </w:r>
      <w:r w:rsidRPr="00E16F9C">
        <w:rPr>
          <w:lang w:val="pt-BR"/>
        </w:rPr>
        <w:t>ờ</w:t>
      </w:r>
      <w:r w:rsidRPr="00E16F9C">
        <w:rPr>
          <w:lang w:val="pt-BR"/>
        </w:rPr>
        <w:t>ng truy</w:t>
      </w:r>
      <w:r w:rsidRPr="00E16F9C">
        <w:rPr>
          <w:lang w:val="pt-BR"/>
        </w:rPr>
        <w:t>ề</w:t>
      </w:r>
      <w:r w:rsidRPr="00E16F9C">
        <w:rPr>
          <w:lang w:val="pt-BR"/>
        </w:rPr>
        <w:t>n Internet đ</w:t>
      </w:r>
      <w:r w:rsidRPr="00E16F9C">
        <w:rPr>
          <w:lang w:val="pt-BR"/>
        </w:rPr>
        <w:t>ể</w:t>
      </w:r>
      <w:r w:rsidRPr="00E16F9C">
        <w:rPr>
          <w:lang w:val="pt-BR"/>
        </w:rPr>
        <w:t xml:space="preserve"> k</w:t>
      </w:r>
      <w:r w:rsidRPr="00E16F9C">
        <w:rPr>
          <w:lang w:val="pt-BR"/>
        </w:rPr>
        <w:t>ế</w:t>
      </w:r>
      <w:r w:rsidRPr="00E16F9C">
        <w:rPr>
          <w:lang w:val="pt-BR"/>
        </w:rPr>
        <w:t>t n</w:t>
      </w:r>
      <w:r w:rsidRPr="00E16F9C">
        <w:rPr>
          <w:lang w:val="pt-BR"/>
        </w:rPr>
        <w:t>ố</w:t>
      </w:r>
      <w:r w:rsidRPr="00E16F9C">
        <w:rPr>
          <w:lang w:val="pt-BR"/>
        </w:rPr>
        <w:t>i và truy</w:t>
      </w:r>
      <w:r w:rsidRPr="00E16F9C">
        <w:rPr>
          <w:lang w:val="pt-BR"/>
        </w:rPr>
        <w:t>ề</w:t>
      </w:r>
      <w:r w:rsidRPr="00E16F9C">
        <w:rPr>
          <w:lang w:val="pt-BR"/>
        </w:rPr>
        <w:t xml:space="preserve">n phát sóng VTV1/VOV1 </w:t>
      </w:r>
      <w:r w:rsidRPr="00E16F9C">
        <w:rPr>
          <w:lang w:val="pt-BR"/>
        </w:rPr>
        <w:t>ổ</w:t>
      </w:r>
      <w:r w:rsidRPr="00E16F9C">
        <w:rPr>
          <w:lang w:val="pt-BR"/>
        </w:rPr>
        <w:t>n đ</w:t>
      </w:r>
      <w:r w:rsidRPr="00E16F9C">
        <w:rPr>
          <w:lang w:val="pt-BR"/>
        </w:rPr>
        <w:t>ị</w:t>
      </w:r>
      <w:r w:rsidRPr="00E16F9C">
        <w:rPr>
          <w:lang w:val="pt-BR"/>
        </w:rPr>
        <w:t>nh t</w:t>
      </w:r>
      <w:r w:rsidRPr="00E16F9C">
        <w:rPr>
          <w:lang w:val="pt-BR"/>
        </w:rPr>
        <w:t>ạ</w:t>
      </w:r>
      <w:r w:rsidRPr="00E16F9C">
        <w:rPr>
          <w:lang w:val="pt-BR"/>
        </w:rPr>
        <w:t>i c</w:t>
      </w:r>
      <w:r w:rsidRPr="00E16F9C">
        <w:rPr>
          <w:lang w:val="pt-BR"/>
        </w:rPr>
        <w:t>ả</w:t>
      </w:r>
      <w:r w:rsidRPr="00E16F9C">
        <w:rPr>
          <w:lang w:val="pt-BR"/>
        </w:rPr>
        <w:t xml:space="preserve"> 3 đi</w:t>
      </w:r>
      <w:r w:rsidRPr="00E16F9C">
        <w:rPr>
          <w:lang w:val="pt-BR"/>
        </w:rPr>
        <w:t>ể</w:t>
      </w:r>
      <w:r w:rsidRPr="00E16F9C">
        <w:rPr>
          <w:lang w:val="pt-BR"/>
        </w:rPr>
        <w:t>m trư</w:t>
      </w:r>
      <w:r w:rsidRPr="00E16F9C">
        <w:rPr>
          <w:lang w:val="pt-BR"/>
        </w:rPr>
        <w:t>ờ</w:t>
      </w:r>
      <w:r w:rsidRPr="00E16F9C">
        <w:rPr>
          <w:lang w:val="pt-BR"/>
        </w:rPr>
        <w:t>ng.</w:t>
      </w:r>
    </w:p>
    <w:p w14:paraId="2CCFCC04" w14:textId="7D2FFBE1" w:rsidR="00787A81" w:rsidRDefault="003B1EA0" w:rsidP="00D24643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Ch</w:t>
      </w:r>
      <w:r w:rsidRPr="00E16F9C">
        <w:rPr>
          <w:lang w:val="pt-BR"/>
        </w:rPr>
        <w:t>ủ</w:t>
      </w:r>
      <w:r w:rsidRPr="00E16F9C">
        <w:rPr>
          <w:lang w:val="pt-BR"/>
        </w:rPr>
        <w:t xml:space="preserve"> đ</w:t>
      </w:r>
      <w:r w:rsidRPr="00E16F9C">
        <w:rPr>
          <w:lang w:val="pt-BR"/>
        </w:rPr>
        <w:t>ộ</w:t>
      </w:r>
      <w:r w:rsidRPr="00E16F9C">
        <w:rPr>
          <w:lang w:val="pt-BR"/>
        </w:rPr>
        <w:t xml:space="preserve">ng </w:t>
      </w:r>
      <w:r w:rsidR="00D24643">
        <w:rPr>
          <w:lang w:val="pt-BR"/>
        </w:rPr>
        <w:t xml:space="preserve">tham mưu LĐ phụ trách </w:t>
      </w:r>
      <w:r w:rsidRPr="00E16F9C">
        <w:rPr>
          <w:lang w:val="pt-BR"/>
        </w:rPr>
        <w:t>xây d</w:t>
      </w:r>
      <w:r w:rsidRPr="00E16F9C">
        <w:rPr>
          <w:lang w:val="pt-BR"/>
        </w:rPr>
        <w:t>ự</w:t>
      </w:r>
      <w:r w:rsidRPr="00E16F9C">
        <w:rPr>
          <w:lang w:val="pt-BR"/>
        </w:rPr>
        <w:t>ng phương án d</w:t>
      </w:r>
      <w:r w:rsidRPr="00E16F9C">
        <w:rPr>
          <w:lang w:val="pt-BR"/>
        </w:rPr>
        <w:t>ự</w:t>
      </w:r>
      <w:r w:rsidRPr="00E16F9C">
        <w:rPr>
          <w:lang w:val="pt-BR"/>
        </w:rPr>
        <w:t xml:space="preserve"> phòng cho các tình hu</w:t>
      </w:r>
      <w:r w:rsidRPr="00E16F9C">
        <w:rPr>
          <w:lang w:val="pt-BR"/>
        </w:rPr>
        <w:t>ố</w:t>
      </w:r>
      <w:r w:rsidRPr="00E16F9C">
        <w:rPr>
          <w:lang w:val="pt-BR"/>
        </w:rPr>
        <w:t>ng m</w:t>
      </w:r>
      <w:r w:rsidRPr="00E16F9C">
        <w:rPr>
          <w:lang w:val="pt-BR"/>
        </w:rPr>
        <w:t>ấ</w:t>
      </w:r>
      <w:r w:rsidRPr="00E16F9C">
        <w:rPr>
          <w:lang w:val="pt-BR"/>
        </w:rPr>
        <w:t>t đi</w:t>
      </w:r>
      <w:r w:rsidRPr="00E16F9C">
        <w:rPr>
          <w:lang w:val="pt-BR"/>
        </w:rPr>
        <w:t>ệ</w:t>
      </w:r>
      <w:r w:rsidRPr="00E16F9C">
        <w:rPr>
          <w:lang w:val="pt-BR"/>
        </w:rPr>
        <w:t>n, m</w:t>
      </w:r>
      <w:r w:rsidRPr="00E16F9C">
        <w:rPr>
          <w:lang w:val="pt-BR"/>
        </w:rPr>
        <w:t>ấ</w:t>
      </w:r>
      <w:r w:rsidRPr="00E16F9C">
        <w:rPr>
          <w:lang w:val="pt-BR"/>
        </w:rPr>
        <w:t>t k</w:t>
      </w:r>
      <w:r w:rsidRPr="00E16F9C">
        <w:rPr>
          <w:lang w:val="pt-BR"/>
        </w:rPr>
        <w:t>ế</w:t>
      </w:r>
      <w:r w:rsidRPr="00E16F9C">
        <w:rPr>
          <w:lang w:val="pt-BR"/>
        </w:rPr>
        <w:t>t n</w:t>
      </w:r>
      <w:r w:rsidRPr="00E16F9C">
        <w:rPr>
          <w:lang w:val="pt-BR"/>
        </w:rPr>
        <w:t>ố</w:t>
      </w:r>
      <w:r w:rsidRPr="00E16F9C">
        <w:rPr>
          <w:lang w:val="pt-BR"/>
        </w:rPr>
        <w:t>i internet (như chu</w:t>
      </w:r>
      <w:r w:rsidRPr="00E16F9C">
        <w:rPr>
          <w:lang w:val="pt-BR"/>
        </w:rPr>
        <w:t>ẩ</w:t>
      </w:r>
      <w:r w:rsidRPr="00E16F9C">
        <w:rPr>
          <w:lang w:val="pt-BR"/>
        </w:rPr>
        <w:t>n b</w:t>
      </w:r>
      <w:r w:rsidRPr="00E16F9C">
        <w:rPr>
          <w:lang w:val="pt-BR"/>
        </w:rPr>
        <w:t>ị</w:t>
      </w:r>
      <w:r w:rsidRPr="00E16F9C">
        <w:rPr>
          <w:lang w:val="pt-BR"/>
        </w:rPr>
        <w:t xml:space="preserve"> b</w:t>
      </w:r>
      <w:r w:rsidRPr="00E16F9C">
        <w:rPr>
          <w:lang w:val="pt-BR"/>
        </w:rPr>
        <w:t>ộ</w:t>
      </w:r>
      <w:r w:rsidRPr="00E16F9C">
        <w:rPr>
          <w:lang w:val="pt-BR"/>
        </w:rPr>
        <w:t xml:space="preserve"> phát wifi di đ</w:t>
      </w:r>
      <w:r w:rsidRPr="00E16F9C">
        <w:rPr>
          <w:lang w:val="pt-BR"/>
        </w:rPr>
        <w:t>ộ</w:t>
      </w:r>
      <w:r w:rsidRPr="00E16F9C">
        <w:rPr>
          <w:lang w:val="pt-BR"/>
        </w:rPr>
        <w:t>ng 4G, loa kéo di đ</w:t>
      </w:r>
      <w:r w:rsidRPr="00E16F9C">
        <w:rPr>
          <w:lang w:val="pt-BR"/>
        </w:rPr>
        <w:t>ộ</w:t>
      </w:r>
      <w:r w:rsidRPr="00E16F9C">
        <w:rPr>
          <w:lang w:val="pt-BR"/>
        </w:rPr>
        <w:t>ng</w:t>
      </w:r>
      <w:r w:rsidR="00FA27A3">
        <w:rPr>
          <w:lang w:val="pt-BR"/>
        </w:rPr>
        <w:t>, ...</w:t>
      </w:r>
      <w:r w:rsidRPr="00E16F9C">
        <w:rPr>
          <w:lang w:val="pt-BR"/>
        </w:rPr>
        <w:t>).</w:t>
      </w:r>
    </w:p>
    <w:p w14:paraId="51259BA5" w14:textId="645A53CC" w:rsidR="00FC060D" w:rsidRDefault="00FC060D" w:rsidP="00D24643">
      <w:pPr>
        <w:spacing w:after="0"/>
        <w:ind w:firstLine="720"/>
        <w:jc w:val="both"/>
        <w:rPr>
          <w:lang w:val="pt-BR"/>
        </w:rPr>
      </w:pPr>
      <w:r w:rsidRPr="00FC060D">
        <w:rPr>
          <w:lang w:val="pt-BR"/>
        </w:rPr>
        <w:t>Trang trí, chuẩn bị trống</w:t>
      </w:r>
      <w:r>
        <w:rPr>
          <w:lang w:val="pt-BR"/>
        </w:rPr>
        <w:t xml:space="preserve"> để Lãnh đạo đánh trống Khai giảng tại trường chính và các phân hiệu.</w:t>
      </w:r>
    </w:p>
    <w:p w14:paraId="0528AFB8" w14:textId="57FEECEA" w:rsidR="00FC060D" w:rsidRDefault="00FC060D" w:rsidP="00D24643">
      <w:pPr>
        <w:spacing w:after="0"/>
        <w:ind w:firstLine="720"/>
        <w:jc w:val="both"/>
        <w:rPr>
          <w:lang w:val="pt-BR"/>
        </w:rPr>
      </w:pPr>
      <w:r>
        <w:rPr>
          <w:lang w:val="pt-BR"/>
        </w:rPr>
        <w:lastRenderedPageBreak/>
        <w:t>Chuẩn bị các điều kiện về trang trí, khánh tiết của buổi Lễ.</w:t>
      </w:r>
    </w:p>
    <w:p w14:paraId="7B40FBA2" w14:textId="34AA28CF" w:rsidR="00D24643" w:rsidRDefault="00D24643" w:rsidP="00D24643">
      <w:pPr>
        <w:spacing w:after="0"/>
        <w:ind w:firstLine="720"/>
        <w:jc w:val="both"/>
        <w:rPr>
          <w:lang w:val="pt-BR"/>
        </w:rPr>
      </w:pPr>
      <w:r>
        <w:rPr>
          <w:lang w:val="pt-BR"/>
        </w:rPr>
        <w:t>Thống nhất típ chữ chung tại Trường chính và các Phân hiệu:</w:t>
      </w:r>
    </w:p>
    <w:p w14:paraId="2349E196" w14:textId="23C7EB10" w:rsidR="00D24643" w:rsidRDefault="00D24643" w:rsidP="00D24643">
      <w:pPr>
        <w:spacing w:after="0"/>
        <w:ind w:firstLine="720"/>
        <w:jc w:val="both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1B2507" wp14:editId="46CCCD99">
                <wp:simplePos x="0" y="0"/>
                <wp:positionH relativeFrom="column">
                  <wp:posOffset>710565</wp:posOffset>
                </wp:positionH>
                <wp:positionV relativeFrom="paragraph">
                  <wp:posOffset>31750</wp:posOffset>
                </wp:positionV>
                <wp:extent cx="4450080" cy="1950720"/>
                <wp:effectExtent l="0" t="0" r="26670" b="11430"/>
                <wp:wrapNone/>
                <wp:docPr id="5362210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0080" cy="1950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9A761A" w14:textId="0B82E190" w:rsidR="00D24643" w:rsidRDefault="00D24643" w:rsidP="00D24643">
                            <w:pPr>
                              <w:spacing w:after="0"/>
                              <w:jc w:val="center"/>
                            </w:pPr>
                            <w:r>
                              <w:t>UBND PHƯỜNG TÂY HOA LƯ</w:t>
                            </w:r>
                          </w:p>
                          <w:p w14:paraId="2172BB05" w14:textId="21C2222C" w:rsidR="00D24643" w:rsidRDefault="00D24643" w:rsidP="00D2464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24643">
                              <w:rPr>
                                <w:b/>
                                <w:bCs/>
                              </w:rPr>
                              <w:t>TRƯỜNG THCS TRÀNG AN</w:t>
                            </w:r>
                          </w:p>
                          <w:p w14:paraId="0164AA8F" w14:textId="77777777" w:rsidR="00D24643" w:rsidRPr="00BC32E2" w:rsidRDefault="00D24643" w:rsidP="00D2464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0"/>
                                <w:szCs w:val="16"/>
                              </w:rPr>
                            </w:pPr>
                          </w:p>
                          <w:p w14:paraId="724F2226" w14:textId="0F8CA3C0" w:rsidR="00D24643" w:rsidRPr="00D24643" w:rsidRDefault="00D24643" w:rsidP="00D24643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6"/>
                                <w:szCs w:val="42"/>
                              </w:rPr>
                            </w:pPr>
                            <w:r w:rsidRPr="00D24643">
                              <w:rPr>
                                <w:b/>
                                <w:bCs/>
                                <w:sz w:val="46"/>
                                <w:szCs w:val="42"/>
                              </w:rPr>
                              <w:t>LỄ KHAI GIẢNG</w:t>
                            </w:r>
                          </w:p>
                          <w:p w14:paraId="41AFA1B9" w14:textId="1803D1C9" w:rsidR="00D24643" w:rsidRPr="00D24643" w:rsidRDefault="00D24643" w:rsidP="00D24643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36"/>
                              </w:rPr>
                            </w:pPr>
                            <w:r w:rsidRPr="00D24643">
                              <w:rPr>
                                <w:sz w:val="40"/>
                                <w:szCs w:val="36"/>
                              </w:rPr>
                              <w:t>NĂM HỌC 2026 - 2027</w:t>
                            </w:r>
                          </w:p>
                          <w:p w14:paraId="1C77248E" w14:textId="77777777" w:rsidR="00D24643" w:rsidRPr="00BC32E2" w:rsidRDefault="00D24643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</w:p>
                          <w:p w14:paraId="73B293F0" w14:textId="48D131FA" w:rsidR="00D24643" w:rsidRPr="00D24643" w:rsidRDefault="00D24643" w:rsidP="00D2464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24643">
                              <w:rPr>
                                <w:i/>
                                <w:iCs/>
                              </w:rPr>
                              <w:t>Tây Hoa Lư, ngày 05 tháng 9 năm 2026</w:t>
                            </w:r>
                          </w:p>
                          <w:p w14:paraId="1B8B313B" w14:textId="77777777" w:rsidR="00D24643" w:rsidRDefault="00D24643"/>
                          <w:p w14:paraId="35B75E6A" w14:textId="77777777" w:rsidR="00D24643" w:rsidRDefault="00D24643"/>
                          <w:p w14:paraId="0B5FA8D0" w14:textId="77777777" w:rsidR="00D24643" w:rsidRDefault="00D246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B25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5.95pt;margin-top:2.5pt;width:350.4pt;height:15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" fillcolor="white [3201]" strokeweight=".5pt">
                <v:textbox>
                  <w:txbxContent>
                    <w:p w14:paraId="3F9A761A" w14:textId="0B82E190" w:rsidR="00D24643" w:rsidRDefault="00D24643" w:rsidP="00D24643">
                      <w:pPr>
                        <w:spacing w:after="0"/>
                        <w:jc w:val="center"/>
                      </w:pPr>
                      <w:r>
                        <w:t>UBND PHƯỜNG TÂY HOA LƯ</w:t>
                      </w:r>
                    </w:p>
                    <w:p w14:paraId="2172BB05" w14:textId="21C2222C" w:rsidR="00D24643" w:rsidRDefault="00D24643" w:rsidP="00D24643">
                      <w:pPr>
                        <w:spacing w:after="0"/>
                        <w:jc w:val="center"/>
                        <w:rPr>
                          <w:b/>
                          <w:bCs/>
                        </w:rPr>
                      </w:pPr>
                      <w:r w:rsidRPr="00D24643">
                        <w:rPr>
                          <w:b/>
                          <w:bCs/>
                        </w:rPr>
                        <w:t>TRƯỜNG THCS TRÀNG AN</w:t>
                      </w:r>
                    </w:p>
                    <w:p w14:paraId="0164AA8F" w14:textId="77777777" w:rsidR="00D24643" w:rsidRPr="00BC32E2" w:rsidRDefault="00D24643" w:rsidP="00D24643">
                      <w:pPr>
                        <w:spacing w:after="0"/>
                        <w:jc w:val="center"/>
                        <w:rPr>
                          <w:b/>
                          <w:bCs/>
                          <w:sz w:val="20"/>
                          <w:szCs w:val="16"/>
                        </w:rPr>
                      </w:pPr>
                    </w:p>
                    <w:p w14:paraId="724F2226" w14:textId="0F8CA3C0" w:rsidR="00D24643" w:rsidRPr="00D24643" w:rsidRDefault="00D24643" w:rsidP="00D24643">
                      <w:pPr>
                        <w:spacing w:after="0"/>
                        <w:jc w:val="center"/>
                        <w:rPr>
                          <w:b/>
                          <w:bCs/>
                          <w:sz w:val="46"/>
                          <w:szCs w:val="42"/>
                        </w:rPr>
                      </w:pPr>
                      <w:r w:rsidRPr="00D24643">
                        <w:rPr>
                          <w:b/>
                          <w:bCs/>
                          <w:sz w:val="46"/>
                          <w:szCs w:val="42"/>
                        </w:rPr>
                        <w:t>LỄ KHAI GIẢNG</w:t>
                      </w:r>
                    </w:p>
                    <w:p w14:paraId="41AFA1B9" w14:textId="1803D1C9" w:rsidR="00D24643" w:rsidRPr="00D24643" w:rsidRDefault="00D24643" w:rsidP="00D24643">
                      <w:pPr>
                        <w:spacing w:after="0"/>
                        <w:jc w:val="center"/>
                        <w:rPr>
                          <w:sz w:val="40"/>
                          <w:szCs w:val="36"/>
                        </w:rPr>
                      </w:pPr>
                      <w:r w:rsidRPr="00D24643">
                        <w:rPr>
                          <w:sz w:val="40"/>
                          <w:szCs w:val="36"/>
                        </w:rPr>
                        <w:t>NĂM HỌC 2026 - 2027</w:t>
                      </w:r>
                    </w:p>
                    <w:p w14:paraId="1C77248E" w14:textId="77777777" w:rsidR="00D24643" w:rsidRPr="00BC32E2" w:rsidRDefault="00D24643">
                      <w:pPr>
                        <w:rPr>
                          <w:sz w:val="16"/>
                          <w:szCs w:val="12"/>
                        </w:rPr>
                      </w:pPr>
                    </w:p>
                    <w:p w14:paraId="73B293F0" w14:textId="48D131FA" w:rsidR="00D24643" w:rsidRPr="00D24643" w:rsidRDefault="00D24643" w:rsidP="00D24643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24643">
                        <w:rPr>
                          <w:i/>
                          <w:iCs/>
                        </w:rPr>
                        <w:t>Tây Hoa Lư, ngày 05 tháng 9 năm 2026</w:t>
                      </w:r>
                    </w:p>
                    <w:p w14:paraId="1B8B313B" w14:textId="77777777" w:rsidR="00D24643" w:rsidRDefault="00D24643"/>
                    <w:p w14:paraId="35B75E6A" w14:textId="77777777" w:rsidR="00D24643" w:rsidRDefault="00D24643"/>
                    <w:p w14:paraId="0B5FA8D0" w14:textId="77777777" w:rsidR="00D24643" w:rsidRDefault="00D24643"/>
                  </w:txbxContent>
                </v:textbox>
              </v:shape>
            </w:pict>
          </mc:Fallback>
        </mc:AlternateContent>
      </w:r>
    </w:p>
    <w:p w14:paraId="616B5428" w14:textId="5F38DECB" w:rsidR="00D24643" w:rsidRPr="00FC060D" w:rsidRDefault="00D24643" w:rsidP="00D24643">
      <w:pPr>
        <w:spacing w:after="0"/>
        <w:ind w:firstLine="720"/>
        <w:jc w:val="both"/>
        <w:rPr>
          <w:lang w:val="pt-BR"/>
        </w:rPr>
      </w:pPr>
    </w:p>
    <w:p w14:paraId="19BEAC53" w14:textId="454540F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A0F7D" wp14:editId="4C7BE87F">
                <wp:simplePos x="0" y="0"/>
                <wp:positionH relativeFrom="column">
                  <wp:posOffset>2501265</wp:posOffset>
                </wp:positionH>
                <wp:positionV relativeFrom="paragraph">
                  <wp:posOffset>52705</wp:posOffset>
                </wp:positionV>
                <wp:extent cx="952500" cy="0"/>
                <wp:effectExtent l="0" t="0" r="0" b="0"/>
                <wp:wrapNone/>
                <wp:docPr id="107356609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3AA3ED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95pt,4.15pt" to="271.9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" strokecolor="black [3213]"/>
            </w:pict>
          </mc:Fallback>
        </mc:AlternateContent>
      </w:r>
    </w:p>
    <w:p w14:paraId="7F99A49A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4D3A3BC6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6F00D6F8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5B00424A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6237AF13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1A0423F3" w14:textId="77777777" w:rsidR="00D24643" w:rsidRDefault="00D24643" w:rsidP="000649B1">
      <w:pPr>
        <w:spacing w:after="0"/>
        <w:jc w:val="both"/>
        <w:rPr>
          <w:b/>
          <w:bCs/>
          <w:i/>
          <w:iCs/>
          <w:lang w:val="pt-BR"/>
        </w:rPr>
      </w:pPr>
    </w:p>
    <w:p w14:paraId="030309F7" w14:textId="77777777" w:rsidR="00BC32E2" w:rsidRPr="00BC32E2" w:rsidRDefault="00BC32E2" w:rsidP="00D24643">
      <w:pPr>
        <w:spacing w:after="0"/>
        <w:ind w:firstLine="720"/>
        <w:jc w:val="both"/>
        <w:rPr>
          <w:b/>
          <w:bCs/>
          <w:i/>
          <w:iCs/>
          <w:sz w:val="14"/>
          <w:szCs w:val="10"/>
          <w:lang w:val="pt-BR"/>
        </w:rPr>
      </w:pPr>
    </w:p>
    <w:p w14:paraId="391275F7" w14:textId="39F83B2D" w:rsidR="00787A81" w:rsidRPr="000649B1" w:rsidRDefault="003B1EA0" w:rsidP="00D24643">
      <w:pPr>
        <w:spacing w:after="0"/>
        <w:ind w:firstLine="720"/>
        <w:jc w:val="both"/>
        <w:rPr>
          <w:b/>
          <w:bCs/>
          <w:i/>
          <w:iCs/>
          <w:lang w:val="pt-BR"/>
        </w:rPr>
      </w:pPr>
      <w:r w:rsidRPr="000649B1">
        <w:rPr>
          <w:b/>
          <w:bCs/>
          <w:i/>
          <w:iCs/>
          <w:lang w:val="pt-BR"/>
        </w:rPr>
        <w:t>3. Đoàn Thanh niên &amp; T</w:t>
      </w:r>
      <w:r w:rsidRPr="000649B1">
        <w:rPr>
          <w:b/>
          <w:bCs/>
          <w:i/>
          <w:iCs/>
          <w:lang w:val="pt-BR"/>
        </w:rPr>
        <w:t>ổ</w:t>
      </w:r>
      <w:r w:rsidRPr="000649B1">
        <w:rPr>
          <w:b/>
          <w:bCs/>
          <w:i/>
          <w:iCs/>
          <w:lang w:val="pt-BR"/>
        </w:rPr>
        <w:t>ng ph</w:t>
      </w:r>
      <w:r w:rsidRPr="000649B1">
        <w:rPr>
          <w:b/>
          <w:bCs/>
          <w:i/>
          <w:iCs/>
          <w:lang w:val="pt-BR"/>
        </w:rPr>
        <w:t>ụ</w:t>
      </w:r>
      <w:r w:rsidRPr="000649B1">
        <w:rPr>
          <w:b/>
          <w:bCs/>
          <w:i/>
          <w:iCs/>
          <w:lang w:val="pt-BR"/>
        </w:rPr>
        <w:t xml:space="preserve"> trách Đ</w:t>
      </w:r>
      <w:r w:rsidRPr="000649B1">
        <w:rPr>
          <w:b/>
          <w:bCs/>
          <w:i/>
          <w:iCs/>
          <w:lang w:val="pt-BR"/>
        </w:rPr>
        <w:t>ộ</w:t>
      </w:r>
      <w:r w:rsidRPr="000649B1">
        <w:rPr>
          <w:b/>
          <w:bCs/>
          <w:i/>
          <w:iCs/>
          <w:lang w:val="pt-BR"/>
        </w:rPr>
        <w:t>i:</w:t>
      </w:r>
    </w:p>
    <w:p w14:paraId="144450B6" w14:textId="70915797" w:rsidR="00787A81" w:rsidRPr="00E16F9C" w:rsidRDefault="003B1EA0" w:rsidP="00D24643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Chu</w:t>
      </w:r>
      <w:r w:rsidRPr="00E16F9C">
        <w:rPr>
          <w:lang w:val="pt-BR"/>
        </w:rPr>
        <w:t>ẩ</w:t>
      </w:r>
      <w:r w:rsidRPr="00E16F9C">
        <w:rPr>
          <w:lang w:val="pt-BR"/>
        </w:rPr>
        <w:t>n b</w:t>
      </w:r>
      <w:r w:rsidRPr="00E16F9C">
        <w:rPr>
          <w:lang w:val="pt-BR"/>
        </w:rPr>
        <w:t>ị</w:t>
      </w:r>
      <w:r w:rsidRPr="00E16F9C">
        <w:rPr>
          <w:lang w:val="pt-BR"/>
        </w:rPr>
        <w:t xml:space="preserve"> đ</w:t>
      </w:r>
      <w:r w:rsidRPr="00E16F9C">
        <w:rPr>
          <w:lang w:val="pt-BR"/>
        </w:rPr>
        <w:t>ộ</w:t>
      </w:r>
      <w:r w:rsidRPr="00E16F9C">
        <w:rPr>
          <w:lang w:val="pt-BR"/>
        </w:rPr>
        <w:t>i nghi l</w:t>
      </w:r>
      <w:r w:rsidRPr="00E16F9C">
        <w:rPr>
          <w:lang w:val="pt-BR"/>
        </w:rPr>
        <w:t>ễ</w:t>
      </w:r>
      <w:r w:rsidRPr="00E16F9C">
        <w:rPr>
          <w:lang w:val="pt-BR"/>
        </w:rPr>
        <w:t xml:space="preserve"> (c</w:t>
      </w:r>
      <w:r w:rsidRPr="00E16F9C">
        <w:rPr>
          <w:lang w:val="pt-BR"/>
        </w:rPr>
        <w:t>ờ</w:t>
      </w:r>
      <w:r w:rsidRPr="00E16F9C">
        <w:rPr>
          <w:lang w:val="pt-BR"/>
        </w:rPr>
        <w:t xml:space="preserve">, </w:t>
      </w:r>
      <w:r w:rsidRPr="00E16F9C">
        <w:rPr>
          <w:lang w:val="pt-BR"/>
        </w:rPr>
        <w:t>tr</w:t>
      </w:r>
      <w:r w:rsidRPr="00E16F9C">
        <w:rPr>
          <w:lang w:val="pt-BR"/>
        </w:rPr>
        <w:t>ố</w:t>
      </w:r>
      <w:r w:rsidRPr="00E16F9C">
        <w:rPr>
          <w:lang w:val="pt-BR"/>
        </w:rPr>
        <w:t>ng) ph</w:t>
      </w:r>
      <w:r w:rsidRPr="00E16F9C">
        <w:rPr>
          <w:lang w:val="pt-BR"/>
        </w:rPr>
        <w:t>ụ</w:t>
      </w:r>
      <w:r w:rsidRPr="00E16F9C">
        <w:rPr>
          <w:lang w:val="pt-BR"/>
        </w:rPr>
        <w:t>c v</w:t>
      </w:r>
      <w:r w:rsidRPr="00E16F9C">
        <w:rPr>
          <w:lang w:val="pt-BR"/>
        </w:rPr>
        <w:t>ụ</w:t>
      </w:r>
      <w:r w:rsidRPr="00E16F9C">
        <w:rPr>
          <w:lang w:val="pt-BR"/>
        </w:rPr>
        <w:t xml:space="preserve"> L</w:t>
      </w:r>
      <w:r w:rsidRPr="00E16F9C">
        <w:rPr>
          <w:lang w:val="pt-BR"/>
        </w:rPr>
        <w:t>ễ</w:t>
      </w:r>
      <w:r w:rsidRPr="00E16F9C">
        <w:rPr>
          <w:lang w:val="pt-BR"/>
        </w:rPr>
        <w:t xml:space="preserve"> chào c</w:t>
      </w:r>
      <w:r w:rsidRPr="00E16F9C">
        <w:rPr>
          <w:lang w:val="pt-BR"/>
        </w:rPr>
        <w:t>ờ</w:t>
      </w:r>
      <w:r w:rsidRPr="00E16F9C">
        <w:rPr>
          <w:lang w:val="pt-BR"/>
        </w:rPr>
        <w:t xml:space="preserve"> chung.</w:t>
      </w:r>
    </w:p>
    <w:p w14:paraId="1BD910A4" w14:textId="558D27D1" w:rsidR="00787A81" w:rsidRDefault="00FC060D" w:rsidP="00D24643">
      <w:pPr>
        <w:spacing w:after="0"/>
        <w:ind w:firstLine="720"/>
        <w:jc w:val="both"/>
        <w:rPr>
          <w:lang w:val="pt-BR"/>
        </w:rPr>
      </w:pPr>
      <w:r>
        <w:rPr>
          <w:lang w:val="pt-BR"/>
        </w:rPr>
        <w:t>Chuẩn bị chương trình văn nghệ (Điểm trường chính)</w:t>
      </w:r>
      <w:r w:rsidRPr="00E16F9C">
        <w:rPr>
          <w:lang w:val="pt-BR"/>
        </w:rPr>
        <w:t>.</w:t>
      </w:r>
    </w:p>
    <w:p w14:paraId="0732E0F8" w14:textId="12BA7BF7" w:rsidR="00D24643" w:rsidRPr="00D24643" w:rsidRDefault="00D24643" w:rsidP="00D24643">
      <w:pPr>
        <w:spacing w:after="0"/>
        <w:ind w:firstLine="720"/>
        <w:jc w:val="both"/>
        <w:rPr>
          <w:i/>
          <w:iCs/>
          <w:lang w:val="pt-BR"/>
        </w:rPr>
      </w:pPr>
      <w:r w:rsidRPr="00D24643">
        <w:rPr>
          <w:i/>
          <w:iCs/>
          <w:lang w:val="pt-BR"/>
        </w:rPr>
        <w:t>(Ngày 04, 05/9/2026 Hiệu trưởng nhà trường phân công, điều động đồng chí Vũ Thị Hiền, TPT Đội - GV tại Phân hiệu 1 và đồng chí Phạm Đình Điệp, GV Âm nhạc tại Phân hiệu 2 tham gia Phục vụ, chuẩn bị các tiết mục văn nghệ và dự Lễ Khai giảng tại Trường chính)</w:t>
      </w:r>
    </w:p>
    <w:p w14:paraId="716011BB" w14:textId="720C1385" w:rsidR="00787A81" w:rsidRPr="006E4BBD" w:rsidRDefault="003B1EA0" w:rsidP="00D24643">
      <w:pPr>
        <w:spacing w:after="0"/>
        <w:ind w:firstLine="720"/>
        <w:jc w:val="both"/>
        <w:rPr>
          <w:b/>
          <w:bCs/>
          <w:i/>
          <w:iCs/>
          <w:lang w:val="pt-BR"/>
        </w:rPr>
      </w:pPr>
      <w:r w:rsidRPr="006E4BBD">
        <w:rPr>
          <w:b/>
          <w:bCs/>
          <w:i/>
          <w:iCs/>
          <w:lang w:val="pt-BR"/>
        </w:rPr>
        <w:t>4. Giáo viên ch</w:t>
      </w:r>
      <w:r w:rsidRPr="006E4BBD">
        <w:rPr>
          <w:b/>
          <w:bCs/>
          <w:i/>
          <w:iCs/>
          <w:lang w:val="pt-BR"/>
        </w:rPr>
        <w:t>ủ</w:t>
      </w:r>
      <w:r w:rsidRPr="006E4BBD">
        <w:rPr>
          <w:b/>
          <w:bCs/>
          <w:i/>
          <w:iCs/>
          <w:lang w:val="pt-BR"/>
        </w:rPr>
        <w:t xml:space="preserve"> nhi</w:t>
      </w:r>
      <w:r w:rsidRPr="006E4BBD">
        <w:rPr>
          <w:b/>
          <w:bCs/>
          <w:i/>
          <w:iCs/>
          <w:lang w:val="pt-BR"/>
        </w:rPr>
        <w:t>ệ</w:t>
      </w:r>
      <w:r w:rsidRPr="006E4BBD">
        <w:rPr>
          <w:b/>
          <w:bCs/>
          <w:i/>
          <w:iCs/>
          <w:lang w:val="pt-BR"/>
        </w:rPr>
        <w:t>m</w:t>
      </w:r>
      <w:r w:rsidR="00FA27A3" w:rsidRPr="006E4BBD">
        <w:rPr>
          <w:b/>
          <w:bCs/>
          <w:i/>
          <w:iCs/>
          <w:lang w:val="pt-BR"/>
        </w:rPr>
        <w:t xml:space="preserve"> lớp</w:t>
      </w:r>
      <w:r w:rsidRPr="006E4BBD">
        <w:rPr>
          <w:b/>
          <w:bCs/>
          <w:i/>
          <w:iCs/>
          <w:lang w:val="pt-BR"/>
        </w:rPr>
        <w:t>:</w:t>
      </w:r>
    </w:p>
    <w:p w14:paraId="0D952EF1" w14:textId="0639B1E4" w:rsidR="00787A81" w:rsidRPr="00E16F9C" w:rsidRDefault="003B1EA0" w:rsidP="00D24643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Qu</w:t>
      </w:r>
      <w:r w:rsidRPr="00E16F9C">
        <w:rPr>
          <w:lang w:val="pt-BR"/>
        </w:rPr>
        <w:t>ả</w:t>
      </w:r>
      <w:r w:rsidRPr="00E16F9C">
        <w:rPr>
          <w:lang w:val="pt-BR"/>
        </w:rPr>
        <w:t>n lý, hư</w:t>
      </w:r>
      <w:r w:rsidRPr="00E16F9C">
        <w:rPr>
          <w:lang w:val="pt-BR"/>
        </w:rPr>
        <w:t>ớ</w:t>
      </w:r>
      <w:r w:rsidRPr="00E16F9C">
        <w:rPr>
          <w:lang w:val="pt-BR"/>
        </w:rPr>
        <w:t>ng d</w:t>
      </w:r>
      <w:r w:rsidRPr="00E16F9C">
        <w:rPr>
          <w:lang w:val="pt-BR"/>
        </w:rPr>
        <w:t>ẫ</w:t>
      </w:r>
      <w:r w:rsidRPr="00E16F9C">
        <w:rPr>
          <w:lang w:val="pt-BR"/>
        </w:rPr>
        <w:t>n h</w:t>
      </w:r>
      <w:r w:rsidRPr="00E16F9C">
        <w:rPr>
          <w:lang w:val="pt-BR"/>
        </w:rPr>
        <w:t>ọ</w:t>
      </w:r>
      <w:r w:rsidRPr="00E16F9C">
        <w:rPr>
          <w:lang w:val="pt-BR"/>
        </w:rPr>
        <w:t>c sinh tham d</w:t>
      </w:r>
      <w:r w:rsidRPr="00E16F9C">
        <w:rPr>
          <w:lang w:val="pt-BR"/>
        </w:rPr>
        <w:t>ự</w:t>
      </w:r>
      <w:r w:rsidRPr="00E16F9C">
        <w:rPr>
          <w:lang w:val="pt-BR"/>
        </w:rPr>
        <w:t xml:space="preserve"> </w:t>
      </w:r>
      <w:r w:rsidR="00FA27A3">
        <w:rPr>
          <w:lang w:val="pt-BR"/>
        </w:rPr>
        <w:t>L</w:t>
      </w:r>
      <w:r w:rsidRPr="00E16F9C">
        <w:rPr>
          <w:lang w:val="pt-BR"/>
        </w:rPr>
        <w:t>ễ</w:t>
      </w:r>
      <w:r w:rsidRPr="00E16F9C">
        <w:rPr>
          <w:lang w:val="pt-BR"/>
        </w:rPr>
        <w:t xml:space="preserve"> </w:t>
      </w:r>
      <w:r w:rsidR="00FA27A3">
        <w:rPr>
          <w:lang w:val="pt-BR"/>
        </w:rPr>
        <w:t xml:space="preserve">khai giảng </w:t>
      </w:r>
      <w:r w:rsidRPr="00E16F9C">
        <w:rPr>
          <w:lang w:val="pt-BR"/>
        </w:rPr>
        <w:t>trang nghiêm, an toàn</w:t>
      </w:r>
      <w:r w:rsidR="00FA27A3">
        <w:rPr>
          <w:lang w:val="pt-BR"/>
        </w:rPr>
        <w:t xml:space="preserve"> và nghiêm túc</w:t>
      </w:r>
      <w:r w:rsidRPr="00E16F9C">
        <w:rPr>
          <w:lang w:val="pt-BR"/>
        </w:rPr>
        <w:t>.</w:t>
      </w:r>
    </w:p>
    <w:p w14:paraId="3F444048" w14:textId="6C459B59" w:rsidR="00FA27A3" w:rsidRDefault="003B1EA0" w:rsidP="00BC32E2">
      <w:pPr>
        <w:spacing w:after="0"/>
        <w:ind w:firstLine="720"/>
        <w:jc w:val="both"/>
        <w:rPr>
          <w:lang w:val="pt-BR"/>
        </w:rPr>
      </w:pPr>
      <w:r w:rsidRPr="00E16F9C">
        <w:rPr>
          <w:lang w:val="pt-BR"/>
        </w:rPr>
        <w:t>Tr</w:t>
      </w:r>
      <w:r w:rsidRPr="00E16F9C">
        <w:rPr>
          <w:lang w:val="pt-BR"/>
        </w:rPr>
        <w:t>ự</w:t>
      </w:r>
      <w:r w:rsidRPr="00E16F9C">
        <w:rPr>
          <w:lang w:val="pt-BR"/>
        </w:rPr>
        <w:t>c ti</w:t>
      </w:r>
      <w:r w:rsidRPr="00E16F9C">
        <w:rPr>
          <w:lang w:val="pt-BR"/>
        </w:rPr>
        <w:t>ế</w:t>
      </w:r>
      <w:r w:rsidRPr="00E16F9C">
        <w:rPr>
          <w:lang w:val="pt-BR"/>
        </w:rPr>
        <w:t>p t</w:t>
      </w:r>
      <w:r w:rsidRPr="00E16F9C">
        <w:rPr>
          <w:lang w:val="pt-BR"/>
        </w:rPr>
        <w:t>ổ</w:t>
      </w:r>
      <w:r w:rsidRPr="00E16F9C">
        <w:rPr>
          <w:lang w:val="pt-BR"/>
        </w:rPr>
        <w:t xml:space="preserve"> ch</w:t>
      </w:r>
      <w:r w:rsidRPr="00E16F9C">
        <w:rPr>
          <w:lang w:val="pt-BR"/>
        </w:rPr>
        <w:t>ứ</w:t>
      </w:r>
      <w:r w:rsidRPr="00E16F9C">
        <w:rPr>
          <w:lang w:val="pt-BR"/>
        </w:rPr>
        <w:t>c sinh ho</w:t>
      </w:r>
      <w:r w:rsidRPr="00E16F9C">
        <w:rPr>
          <w:lang w:val="pt-BR"/>
        </w:rPr>
        <w:t>ạ</w:t>
      </w:r>
      <w:r w:rsidRPr="00E16F9C">
        <w:rPr>
          <w:lang w:val="pt-BR"/>
        </w:rPr>
        <w:t>t l</w:t>
      </w:r>
      <w:r w:rsidRPr="00E16F9C">
        <w:rPr>
          <w:lang w:val="pt-BR"/>
        </w:rPr>
        <w:t>ớ</w:t>
      </w:r>
      <w:r w:rsidRPr="00E16F9C">
        <w:rPr>
          <w:lang w:val="pt-BR"/>
        </w:rPr>
        <w:t xml:space="preserve">p </w:t>
      </w:r>
      <w:r w:rsidR="00BC32E2">
        <w:rPr>
          <w:lang w:val="pt-BR"/>
        </w:rPr>
        <w:t xml:space="preserve">(theo hướng dẫn) </w:t>
      </w:r>
      <w:r w:rsidRPr="00E16F9C">
        <w:rPr>
          <w:lang w:val="pt-BR"/>
        </w:rPr>
        <w:t xml:space="preserve">sau </w:t>
      </w:r>
      <w:r w:rsidRPr="00E16F9C">
        <w:rPr>
          <w:lang w:val="pt-BR"/>
        </w:rPr>
        <w:t>ph</w:t>
      </w:r>
      <w:r w:rsidRPr="00E16F9C">
        <w:rPr>
          <w:lang w:val="pt-BR"/>
        </w:rPr>
        <w:t>ầ</w:t>
      </w:r>
      <w:r w:rsidRPr="00E16F9C">
        <w:rPr>
          <w:lang w:val="pt-BR"/>
        </w:rPr>
        <w:t>n L</w:t>
      </w:r>
      <w:r w:rsidRPr="00E16F9C">
        <w:rPr>
          <w:lang w:val="pt-BR"/>
        </w:rPr>
        <w:t>ễ</w:t>
      </w:r>
      <w:r w:rsidRPr="00E16F9C">
        <w:rPr>
          <w:lang w:val="pt-BR"/>
        </w:rPr>
        <w:t xml:space="preserve"> khai gi</w:t>
      </w:r>
      <w:r w:rsidRPr="00E16F9C">
        <w:rPr>
          <w:lang w:val="pt-BR"/>
        </w:rPr>
        <w:t>ả</w:t>
      </w:r>
      <w:r w:rsidRPr="00E16F9C">
        <w:rPr>
          <w:lang w:val="pt-BR"/>
        </w:rPr>
        <w:t>ng chung.</w:t>
      </w:r>
    </w:p>
    <w:p w14:paraId="0BDE53A7" w14:textId="77777777" w:rsidR="006E4BBD" w:rsidRDefault="00FA27A3" w:rsidP="00BC32E2">
      <w:pPr>
        <w:spacing w:after="0"/>
        <w:ind w:firstLine="720"/>
        <w:jc w:val="both"/>
        <w:rPr>
          <w:lang w:val="pt-BR"/>
        </w:rPr>
      </w:pPr>
      <w:r w:rsidRPr="006E4BBD">
        <w:rPr>
          <w:b/>
          <w:bCs/>
          <w:i/>
          <w:iCs/>
          <w:lang w:val="pt-BR"/>
        </w:rPr>
        <w:t>5. Các đồng chí CBGV, NV khác:</w:t>
      </w:r>
      <w:r>
        <w:rPr>
          <w:lang w:val="pt-BR"/>
        </w:rPr>
        <w:t xml:space="preserve"> </w:t>
      </w:r>
    </w:p>
    <w:p w14:paraId="125F326F" w14:textId="691E7B3A" w:rsidR="006E4BBD" w:rsidRDefault="00FA27A3" w:rsidP="00BC32E2">
      <w:pPr>
        <w:spacing w:after="0"/>
        <w:ind w:firstLine="720"/>
        <w:jc w:val="both"/>
        <w:rPr>
          <w:lang w:val="pt-BR"/>
        </w:rPr>
      </w:pPr>
      <w:r>
        <w:rPr>
          <w:lang w:val="pt-BR"/>
        </w:rPr>
        <w:t>Thực hiện các nhiệm vụ theo sự phân công, điều hành của Hiệu trưởng và các Phó Hiệu trưởng tại các phân hiệu</w:t>
      </w:r>
      <w:r w:rsidR="006E4BBD">
        <w:rPr>
          <w:lang w:val="pt-BR"/>
        </w:rPr>
        <w:t>.</w:t>
      </w:r>
    </w:p>
    <w:p w14:paraId="66E2B212" w14:textId="076F8093" w:rsidR="00BC32E2" w:rsidRPr="00BC32E2" w:rsidRDefault="00BC32E2" w:rsidP="00BC32E2">
      <w:pPr>
        <w:spacing w:after="0"/>
        <w:ind w:firstLine="720"/>
        <w:jc w:val="both"/>
        <w:rPr>
          <w:i/>
          <w:iCs/>
          <w:lang w:val="pt-BR"/>
        </w:rPr>
      </w:pPr>
      <w:r w:rsidRPr="00BC32E2">
        <w:rPr>
          <w:lang w:val="pt-BR"/>
        </w:rPr>
        <w:t xml:space="preserve">Lưu ý: </w:t>
      </w:r>
      <w:r w:rsidRPr="00BC32E2">
        <w:rPr>
          <w:i/>
          <w:iCs/>
          <w:lang w:val="pt-BR"/>
        </w:rPr>
        <w:t>Trang phục đối với CBGV, NV: Nam: Áo trắng, quần tối màu; Nữ: Áo dài truyền thống; Trang phục HS Áo trắng đồng phục, quần tối màu, khăn quàng, ghế ngồi, ...</w:t>
      </w:r>
    </w:p>
    <w:p w14:paraId="5D734059" w14:textId="31DD5052" w:rsidR="00787A81" w:rsidRDefault="003B1EA0" w:rsidP="000649B1">
      <w:pPr>
        <w:spacing w:after="0"/>
        <w:jc w:val="both"/>
        <w:rPr>
          <w:i/>
          <w:lang w:val="pt-BR"/>
        </w:rPr>
      </w:pPr>
      <w:r w:rsidRPr="00E16F9C">
        <w:rPr>
          <w:i/>
          <w:lang w:val="pt-BR"/>
        </w:rPr>
        <w:t>Trên đây là K</w:t>
      </w:r>
      <w:r w:rsidRPr="00E16F9C">
        <w:rPr>
          <w:i/>
          <w:lang w:val="pt-BR"/>
        </w:rPr>
        <w:t>ế</w:t>
      </w:r>
      <w:r w:rsidRPr="00E16F9C">
        <w:rPr>
          <w:i/>
          <w:lang w:val="pt-BR"/>
        </w:rPr>
        <w:t xml:space="preserve"> ho</w:t>
      </w:r>
      <w:r w:rsidRPr="00E16F9C">
        <w:rPr>
          <w:i/>
          <w:lang w:val="pt-BR"/>
        </w:rPr>
        <w:t>ạ</w:t>
      </w:r>
      <w:r w:rsidRPr="00E16F9C">
        <w:rPr>
          <w:i/>
          <w:lang w:val="pt-BR"/>
        </w:rPr>
        <w:t>ch t</w:t>
      </w:r>
      <w:r w:rsidRPr="00E16F9C">
        <w:rPr>
          <w:i/>
          <w:lang w:val="pt-BR"/>
        </w:rPr>
        <w:t>ổ</w:t>
      </w:r>
      <w:r w:rsidRPr="00E16F9C">
        <w:rPr>
          <w:i/>
          <w:lang w:val="pt-BR"/>
        </w:rPr>
        <w:t xml:space="preserve"> ch</w:t>
      </w:r>
      <w:r w:rsidRPr="00E16F9C">
        <w:rPr>
          <w:i/>
          <w:lang w:val="pt-BR"/>
        </w:rPr>
        <w:t>ứ</w:t>
      </w:r>
      <w:r w:rsidRPr="00E16F9C">
        <w:rPr>
          <w:i/>
          <w:lang w:val="pt-BR"/>
        </w:rPr>
        <w:t>c L</w:t>
      </w:r>
      <w:r w:rsidRPr="00E16F9C">
        <w:rPr>
          <w:i/>
          <w:lang w:val="pt-BR"/>
        </w:rPr>
        <w:t>ễ</w:t>
      </w:r>
      <w:r w:rsidRPr="00E16F9C">
        <w:rPr>
          <w:i/>
          <w:lang w:val="pt-BR"/>
        </w:rPr>
        <w:t xml:space="preserve"> khai gi</w:t>
      </w:r>
      <w:r w:rsidRPr="00E16F9C">
        <w:rPr>
          <w:i/>
          <w:lang w:val="pt-BR"/>
        </w:rPr>
        <w:t>ả</w:t>
      </w:r>
      <w:r w:rsidRPr="00E16F9C">
        <w:rPr>
          <w:i/>
          <w:lang w:val="pt-BR"/>
        </w:rPr>
        <w:t>ng năm h</w:t>
      </w:r>
      <w:r w:rsidRPr="00E16F9C">
        <w:rPr>
          <w:i/>
          <w:lang w:val="pt-BR"/>
        </w:rPr>
        <w:t>ọ</w:t>
      </w:r>
      <w:r w:rsidRPr="00E16F9C">
        <w:rPr>
          <w:i/>
          <w:lang w:val="pt-BR"/>
        </w:rPr>
        <w:t>c 2026 - 2027 c</w:t>
      </w:r>
      <w:r w:rsidRPr="00E16F9C">
        <w:rPr>
          <w:i/>
          <w:lang w:val="pt-BR"/>
        </w:rPr>
        <w:t>ủ</w:t>
      </w:r>
      <w:r w:rsidRPr="00E16F9C">
        <w:rPr>
          <w:i/>
          <w:lang w:val="pt-BR"/>
        </w:rPr>
        <w:t>a Trư</w:t>
      </w:r>
      <w:r w:rsidRPr="00E16F9C">
        <w:rPr>
          <w:i/>
          <w:lang w:val="pt-BR"/>
        </w:rPr>
        <w:t>ờ</w:t>
      </w:r>
      <w:r w:rsidRPr="00E16F9C">
        <w:rPr>
          <w:i/>
          <w:lang w:val="pt-BR"/>
        </w:rPr>
        <w:t>ng THCS Tràng An. Đ</w:t>
      </w:r>
      <w:r w:rsidRPr="00E16F9C">
        <w:rPr>
          <w:i/>
          <w:lang w:val="pt-BR"/>
        </w:rPr>
        <w:t>ề</w:t>
      </w:r>
      <w:r w:rsidRPr="00E16F9C">
        <w:rPr>
          <w:i/>
          <w:lang w:val="pt-BR"/>
        </w:rPr>
        <w:t xml:space="preserve"> ngh</w:t>
      </w:r>
      <w:r w:rsidRPr="00E16F9C">
        <w:rPr>
          <w:i/>
          <w:lang w:val="pt-BR"/>
        </w:rPr>
        <w:t>ị</w:t>
      </w:r>
      <w:r w:rsidRPr="00E16F9C">
        <w:rPr>
          <w:i/>
          <w:lang w:val="pt-BR"/>
        </w:rPr>
        <w:t xml:space="preserve"> toàn th</w:t>
      </w:r>
      <w:r w:rsidRPr="00E16F9C">
        <w:rPr>
          <w:i/>
          <w:lang w:val="pt-BR"/>
        </w:rPr>
        <w:t>ể</w:t>
      </w:r>
      <w:r w:rsidRPr="00E16F9C">
        <w:rPr>
          <w:i/>
          <w:lang w:val="pt-BR"/>
        </w:rPr>
        <w:t xml:space="preserve"> cán b</w:t>
      </w:r>
      <w:r w:rsidRPr="00E16F9C">
        <w:rPr>
          <w:i/>
          <w:lang w:val="pt-BR"/>
        </w:rPr>
        <w:t>ộ</w:t>
      </w:r>
      <w:r w:rsidR="00FA27A3">
        <w:rPr>
          <w:i/>
          <w:lang w:val="pt-BR"/>
        </w:rPr>
        <w:t xml:space="preserve"> quản lý</w:t>
      </w:r>
      <w:r w:rsidRPr="00E16F9C">
        <w:rPr>
          <w:i/>
          <w:lang w:val="pt-BR"/>
        </w:rPr>
        <w:t>, giáo viên, nhân viên nghiêm túc tri</w:t>
      </w:r>
      <w:r w:rsidRPr="00E16F9C">
        <w:rPr>
          <w:i/>
          <w:lang w:val="pt-BR"/>
        </w:rPr>
        <w:t>ể</w:t>
      </w:r>
      <w:r w:rsidRPr="00E16F9C">
        <w:rPr>
          <w:i/>
          <w:lang w:val="pt-BR"/>
        </w:rPr>
        <w:t>n khai th</w:t>
      </w:r>
      <w:r w:rsidRPr="00E16F9C">
        <w:rPr>
          <w:i/>
          <w:lang w:val="pt-BR"/>
        </w:rPr>
        <w:t>ự</w:t>
      </w:r>
      <w:r w:rsidRPr="00E16F9C">
        <w:rPr>
          <w:i/>
          <w:lang w:val="pt-BR"/>
        </w:rPr>
        <w:t>c hi</w:t>
      </w:r>
      <w:r w:rsidRPr="00E16F9C">
        <w:rPr>
          <w:i/>
          <w:lang w:val="pt-BR"/>
        </w:rPr>
        <w:t>ệ</w:t>
      </w:r>
      <w:r w:rsidRPr="00E16F9C">
        <w:rPr>
          <w:i/>
          <w:lang w:val="pt-BR"/>
        </w:rPr>
        <w:t>n./.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386"/>
        <w:gridCol w:w="4652"/>
      </w:tblGrid>
      <w:tr w:rsidR="006E4BBD" w:rsidRPr="00FB55DE" w14:paraId="382D2546" w14:textId="77777777" w:rsidTr="00BC32E2">
        <w:trPr>
          <w:trHeight w:val="2043"/>
        </w:trPr>
        <w:tc>
          <w:tcPr>
            <w:tcW w:w="4386" w:type="dxa"/>
          </w:tcPr>
          <w:p w14:paraId="59D95EBD" w14:textId="77777777" w:rsidR="006E4BBD" w:rsidRPr="002B74FC" w:rsidRDefault="006E4BBD" w:rsidP="006E4BBD">
            <w:pPr>
              <w:spacing w:after="0"/>
              <w:rPr>
                <w:b/>
                <w:i/>
                <w:iCs/>
                <w:lang w:val="vi-VN"/>
              </w:rPr>
            </w:pPr>
            <w:r w:rsidRPr="00C50176">
              <w:rPr>
                <w:b/>
                <w:i/>
                <w:iCs/>
                <w:lang w:val="vi-VN"/>
              </w:rPr>
              <w:t>Nơi nhận:</w:t>
            </w:r>
          </w:p>
          <w:p w14:paraId="11ED0C5E" w14:textId="51AD3465" w:rsidR="006E4BBD" w:rsidRPr="006E4BBD" w:rsidRDefault="006E4BBD" w:rsidP="006E4BBD">
            <w:pPr>
              <w:spacing w:after="0" w:line="240" w:lineRule="auto"/>
              <w:rPr>
                <w:bCs/>
                <w:sz w:val="22"/>
                <w:lang w:val="vi-VN"/>
              </w:rPr>
            </w:pPr>
            <w:r w:rsidRPr="002B74FC">
              <w:rPr>
                <w:bCs/>
                <w:sz w:val="22"/>
                <w:lang w:val="vi-VN"/>
              </w:rPr>
              <w:t>- Phòng VHXH phường</w:t>
            </w:r>
            <w:r w:rsidRPr="006E4BBD">
              <w:rPr>
                <w:bCs/>
                <w:sz w:val="22"/>
                <w:lang w:val="vi-VN"/>
              </w:rPr>
              <w:t xml:space="preserve"> (để Báo cáo)</w:t>
            </w:r>
            <w:r w:rsidRPr="002B74FC">
              <w:rPr>
                <w:bCs/>
                <w:sz w:val="22"/>
                <w:lang w:val="vi-VN"/>
              </w:rPr>
              <w:t>;</w:t>
            </w:r>
            <w:r w:rsidRPr="00C50176">
              <w:rPr>
                <w:bCs/>
                <w:sz w:val="22"/>
                <w:lang w:val="vi-VN"/>
              </w:rPr>
              <w:t xml:space="preserve"> </w:t>
            </w:r>
          </w:p>
          <w:p w14:paraId="3B3F48EF" w14:textId="228B37BE" w:rsidR="006E4BBD" w:rsidRPr="006E4BBD" w:rsidRDefault="006E4BBD" w:rsidP="006E4BBD">
            <w:pPr>
              <w:spacing w:after="0" w:line="240" w:lineRule="auto"/>
              <w:rPr>
                <w:bCs/>
                <w:sz w:val="22"/>
                <w:lang w:val="vi-VN"/>
              </w:rPr>
            </w:pPr>
            <w:r w:rsidRPr="006E4BBD">
              <w:rPr>
                <w:bCs/>
                <w:sz w:val="22"/>
                <w:lang w:val="vi-VN"/>
              </w:rPr>
              <w:t>- Lãnh đạo nhà trường (Để chỉ đạo);</w:t>
            </w:r>
          </w:p>
          <w:p w14:paraId="6D7EF6A1" w14:textId="40B23E72" w:rsidR="006E4BBD" w:rsidRPr="006E4BBD" w:rsidRDefault="006E4BBD" w:rsidP="006E4BBD">
            <w:pPr>
              <w:spacing w:after="0" w:line="240" w:lineRule="auto"/>
              <w:rPr>
                <w:bCs/>
                <w:sz w:val="22"/>
                <w:lang w:val="vi-VN"/>
              </w:rPr>
            </w:pPr>
            <w:r w:rsidRPr="006E4BBD">
              <w:rPr>
                <w:bCs/>
                <w:sz w:val="22"/>
                <w:lang w:val="vi-VN"/>
              </w:rPr>
              <w:t>- CBGV, NV, HS nhà trường (Để thực hiện)</w:t>
            </w:r>
          </w:p>
          <w:p w14:paraId="4E00373B" w14:textId="77777777" w:rsidR="006E4BBD" w:rsidRPr="002B74FC" w:rsidRDefault="006E4BBD" w:rsidP="006E4BBD">
            <w:pPr>
              <w:spacing w:after="0" w:line="240" w:lineRule="auto"/>
              <w:rPr>
                <w:bCs/>
                <w:sz w:val="22"/>
                <w:lang w:val="vi-VN"/>
              </w:rPr>
            </w:pPr>
            <w:r w:rsidRPr="00C50176">
              <w:rPr>
                <w:bCs/>
                <w:sz w:val="22"/>
                <w:lang w:val="vi-VN"/>
              </w:rPr>
              <w:t xml:space="preserve">- </w:t>
            </w:r>
            <w:r w:rsidRPr="002B74FC">
              <w:rPr>
                <w:bCs/>
                <w:sz w:val="22"/>
                <w:lang w:val="vi-VN"/>
              </w:rPr>
              <w:t>Lưu VT.</w:t>
            </w:r>
          </w:p>
          <w:p w14:paraId="1CBC6BCF" w14:textId="77777777" w:rsidR="006E4BBD" w:rsidRPr="00BC32E2" w:rsidRDefault="006E4BBD" w:rsidP="00BC32E2">
            <w:pPr>
              <w:rPr>
                <w:b/>
                <w:sz w:val="28"/>
                <w:szCs w:val="28"/>
              </w:rPr>
            </w:pPr>
          </w:p>
        </w:tc>
        <w:tc>
          <w:tcPr>
            <w:tcW w:w="4652" w:type="dxa"/>
          </w:tcPr>
          <w:p w14:paraId="57BFB524" w14:textId="35EFD11C" w:rsidR="006E4BBD" w:rsidRPr="00FB55DE" w:rsidRDefault="006E4BBD" w:rsidP="006E4BBD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D04019">
              <w:rPr>
                <w:b/>
                <w:sz w:val="28"/>
                <w:szCs w:val="28"/>
                <w:lang w:val="vi-VN"/>
              </w:rPr>
              <w:t>HIỆU TRƯỞNG</w:t>
            </w:r>
          </w:p>
          <w:p w14:paraId="7095193E" w14:textId="77777777" w:rsidR="006E4BBD" w:rsidRPr="00BC32E2" w:rsidRDefault="006E4BBD" w:rsidP="00B0242A">
            <w:pPr>
              <w:jc w:val="center"/>
              <w:rPr>
                <w:sz w:val="4"/>
                <w:szCs w:val="2"/>
                <w:lang w:val="vi-VN"/>
              </w:rPr>
            </w:pPr>
          </w:p>
          <w:p w14:paraId="5C0ECA6E" w14:textId="77777777" w:rsidR="006E4BBD" w:rsidRDefault="006E4BBD" w:rsidP="00B0242A">
            <w:pPr>
              <w:rPr>
                <w:b/>
                <w:sz w:val="40"/>
                <w:szCs w:val="42"/>
              </w:rPr>
            </w:pPr>
          </w:p>
          <w:p w14:paraId="19FBF9AF" w14:textId="77777777" w:rsidR="00BC32E2" w:rsidRPr="00BC32E2" w:rsidRDefault="00BC32E2" w:rsidP="00B0242A">
            <w:pPr>
              <w:rPr>
                <w:b/>
                <w:sz w:val="2"/>
                <w:szCs w:val="2"/>
              </w:rPr>
            </w:pPr>
          </w:p>
          <w:p w14:paraId="3E78B7BA" w14:textId="77777777" w:rsidR="006E4BBD" w:rsidRPr="00A34523" w:rsidRDefault="006E4BBD" w:rsidP="00B0242A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A34523">
              <w:rPr>
                <w:b/>
                <w:sz w:val="28"/>
                <w:szCs w:val="28"/>
                <w:lang w:val="vi-VN"/>
              </w:rPr>
              <w:t>Trần Quyết Thắng</w:t>
            </w:r>
          </w:p>
        </w:tc>
      </w:tr>
    </w:tbl>
    <w:p w14:paraId="08689B9B" w14:textId="77777777" w:rsidR="006E4BBD" w:rsidRPr="00BC32E2" w:rsidRDefault="006E4BBD" w:rsidP="000649B1">
      <w:pPr>
        <w:spacing w:after="0"/>
        <w:jc w:val="both"/>
      </w:pPr>
    </w:p>
    <w:sectPr w:rsidR="006E4BBD" w:rsidRPr="00BC32E2" w:rsidSect="00E16F9C">
      <w:pgSz w:w="12240" w:h="15840"/>
      <w:pgMar w:top="1134" w:right="1418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49B1"/>
    <w:rsid w:val="0015074B"/>
    <w:rsid w:val="0029639D"/>
    <w:rsid w:val="00326F90"/>
    <w:rsid w:val="00341F3A"/>
    <w:rsid w:val="003B1EA0"/>
    <w:rsid w:val="004A6BBB"/>
    <w:rsid w:val="004D0483"/>
    <w:rsid w:val="00536FC1"/>
    <w:rsid w:val="005F7C60"/>
    <w:rsid w:val="006A6FD9"/>
    <w:rsid w:val="006E4BBD"/>
    <w:rsid w:val="0074344F"/>
    <w:rsid w:val="00787A81"/>
    <w:rsid w:val="008C7EEF"/>
    <w:rsid w:val="00916CDF"/>
    <w:rsid w:val="00AA1D8D"/>
    <w:rsid w:val="00B47730"/>
    <w:rsid w:val="00BC32E2"/>
    <w:rsid w:val="00C1016F"/>
    <w:rsid w:val="00C123F8"/>
    <w:rsid w:val="00CB0664"/>
    <w:rsid w:val="00CB4425"/>
    <w:rsid w:val="00D24643"/>
    <w:rsid w:val="00D3549C"/>
    <w:rsid w:val="00DA6002"/>
    <w:rsid w:val="00E16F9C"/>
    <w:rsid w:val="00FA27A3"/>
    <w:rsid w:val="00FB55DE"/>
    <w:rsid w:val="00FC06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CB0ED"/>
  <w14:defaultImageDpi w14:val="300"/>
  <w15:docId w15:val="{DB7C738C-3456-4380-B0B0-7190E178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fontstyle01">
    <w:name w:val="fontstyle01"/>
    <w:basedOn w:val="DefaultParagraphFont"/>
    <w:rsid w:val="003B1EA0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40FFE7-4AD0-46F2-A2BA-9AE84E0A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SingPC</cp:lastModifiedBy>
  <cp:revision>11</cp:revision>
  <dcterms:created xsi:type="dcterms:W3CDTF">2013-12-23T23:15:00Z</dcterms:created>
  <dcterms:modified xsi:type="dcterms:W3CDTF">2026-09-02T01:02:00Z</dcterms:modified>
  <cp:category/>
</cp:coreProperties>
</file>